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jc w:val="center"/>
        <w:tblLayout w:type="fixed"/>
        <w:tblLook w:val="04A0" w:firstRow="1" w:lastRow="0" w:firstColumn="1" w:lastColumn="0" w:noHBand="0" w:noVBand="1"/>
      </w:tblPr>
      <w:tblGrid>
        <w:gridCol w:w="4032"/>
        <w:gridCol w:w="5749"/>
      </w:tblGrid>
      <w:tr w:rsidR="00F5479D" w:rsidTr="000E0453">
        <w:trPr>
          <w:jc w:val="center"/>
        </w:trPr>
        <w:tc>
          <w:tcPr>
            <w:tcW w:w="4032" w:type="dxa"/>
          </w:tcPr>
          <w:p w:rsidR="00F5479D" w:rsidRPr="000E0453" w:rsidRDefault="00292BC3">
            <w:pPr>
              <w:spacing w:after="40"/>
              <w:jc w:val="center"/>
              <w:rPr>
                <w:szCs w:val="26"/>
              </w:rPr>
            </w:pPr>
            <w:r w:rsidRPr="000E0453">
              <w:rPr>
                <w:b/>
                <w:szCs w:val="26"/>
              </w:rPr>
              <w:t>Ủ</w:t>
            </w:r>
            <w:r w:rsidRPr="000E0453">
              <w:rPr>
                <w:b/>
                <w:szCs w:val="26"/>
              </w:rPr>
              <w:t>Y BAN NHÂN DÂN</w:t>
            </w:r>
            <w:r w:rsidRPr="000E0453">
              <w:rPr>
                <w:b/>
                <w:szCs w:val="26"/>
              </w:rPr>
              <w:br/>
              <w:t>THÀNH PH</w:t>
            </w:r>
            <w:r w:rsidRPr="000E0453">
              <w:rPr>
                <w:b/>
                <w:szCs w:val="26"/>
              </w:rPr>
              <w:t>Ố</w:t>
            </w:r>
            <w:r w:rsidRPr="000E0453">
              <w:rPr>
                <w:b/>
                <w:szCs w:val="26"/>
              </w:rPr>
              <w:t xml:space="preserve"> H</w:t>
            </w:r>
            <w:r w:rsidRPr="000E0453">
              <w:rPr>
                <w:b/>
                <w:szCs w:val="26"/>
              </w:rPr>
              <w:t>Ồ</w:t>
            </w:r>
            <w:r w:rsidRPr="000E0453">
              <w:rPr>
                <w:b/>
                <w:szCs w:val="26"/>
              </w:rPr>
              <w:t xml:space="preserve"> CHÍ MINH</w:t>
            </w:r>
          </w:p>
          <w:p w:rsidR="00F5479D" w:rsidRDefault="00292BC3">
            <w:pPr>
              <w:jc w:val="center"/>
              <w:rPr>
                <w:szCs w:val="26"/>
              </w:rPr>
            </w:pPr>
            <w:r w:rsidRPr="000E0453">
              <w:rPr>
                <w:szCs w:val="26"/>
              </w:rPr>
              <w:t>S</w:t>
            </w:r>
            <w:r w:rsidRPr="000E0453">
              <w:rPr>
                <w:szCs w:val="26"/>
              </w:rPr>
              <w:t>ố</w:t>
            </w:r>
            <w:r w:rsidRPr="000E0453">
              <w:rPr>
                <w:szCs w:val="26"/>
              </w:rPr>
              <w:t>:            /BC-UBND</w:t>
            </w:r>
          </w:p>
          <w:p w:rsidR="00026ABC" w:rsidRPr="00026ABC" w:rsidRDefault="00026ABC">
            <w:pPr>
              <w:jc w:val="center"/>
              <w:rPr>
                <w:b/>
              </w:rPr>
            </w:pPr>
            <w:r>
              <w:rPr>
                <w:b/>
              </w:rPr>
              <w:t>DỰ THẢO</w:t>
            </w:r>
          </w:p>
        </w:tc>
        <w:tc>
          <w:tcPr>
            <w:tcW w:w="5749" w:type="dxa"/>
          </w:tcPr>
          <w:p w:rsidR="00F5479D" w:rsidRPr="000E0453" w:rsidRDefault="00292BC3">
            <w:pPr>
              <w:spacing w:after="40"/>
              <w:jc w:val="center"/>
              <w:rPr>
                <w:szCs w:val="26"/>
              </w:rPr>
            </w:pPr>
            <w:r w:rsidRPr="000E0453">
              <w:rPr>
                <w:b/>
                <w:szCs w:val="26"/>
              </w:rPr>
              <w:t>C</w:t>
            </w:r>
            <w:r w:rsidRPr="000E0453">
              <w:rPr>
                <w:b/>
                <w:szCs w:val="26"/>
              </w:rPr>
              <w:t>Ộ</w:t>
            </w:r>
            <w:r w:rsidRPr="000E0453">
              <w:rPr>
                <w:b/>
                <w:szCs w:val="26"/>
              </w:rPr>
              <w:t>NG HÒA XÃ H</w:t>
            </w:r>
            <w:r w:rsidRPr="000E0453">
              <w:rPr>
                <w:b/>
                <w:szCs w:val="26"/>
              </w:rPr>
              <w:t>Ộ</w:t>
            </w:r>
            <w:r w:rsidRPr="000E0453">
              <w:rPr>
                <w:b/>
                <w:szCs w:val="26"/>
              </w:rPr>
              <w:t>I CH</w:t>
            </w:r>
            <w:r w:rsidRPr="000E0453">
              <w:rPr>
                <w:b/>
                <w:szCs w:val="26"/>
              </w:rPr>
              <w:t>Ủ</w:t>
            </w:r>
            <w:r w:rsidRPr="000E0453">
              <w:rPr>
                <w:b/>
                <w:szCs w:val="26"/>
              </w:rPr>
              <w:t xml:space="preserve"> NGHĨA VI</w:t>
            </w:r>
            <w:r w:rsidRPr="000E0453">
              <w:rPr>
                <w:b/>
                <w:szCs w:val="26"/>
              </w:rPr>
              <w:t>Ệ</w:t>
            </w:r>
            <w:r w:rsidRPr="000E0453">
              <w:rPr>
                <w:b/>
                <w:szCs w:val="26"/>
              </w:rPr>
              <w:t>T NAM</w:t>
            </w:r>
            <w:r w:rsidRPr="000E0453">
              <w:rPr>
                <w:b/>
                <w:szCs w:val="26"/>
              </w:rPr>
              <w:br/>
            </w:r>
            <w:r w:rsidRPr="000E0453">
              <w:rPr>
                <w:b/>
                <w:szCs w:val="26"/>
                <w:u w:val="single"/>
              </w:rPr>
              <w:t>Đ</w:t>
            </w:r>
            <w:r w:rsidRPr="000E0453">
              <w:rPr>
                <w:b/>
                <w:szCs w:val="26"/>
                <w:u w:val="single"/>
              </w:rPr>
              <w:t>ộ</w:t>
            </w:r>
            <w:r w:rsidRPr="000E0453">
              <w:rPr>
                <w:b/>
                <w:szCs w:val="26"/>
                <w:u w:val="single"/>
              </w:rPr>
              <w:t>c l</w:t>
            </w:r>
            <w:r w:rsidRPr="000E0453">
              <w:rPr>
                <w:b/>
                <w:szCs w:val="26"/>
                <w:u w:val="single"/>
              </w:rPr>
              <w:t>ậ</w:t>
            </w:r>
            <w:r w:rsidRPr="000E0453">
              <w:rPr>
                <w:b/>
                <w:szCs w:val="26"/>
                <w:u w:val="single"/>
              </w:rPr>
              <w:t>p - T</w:t>
            </w:r>
            <w:r w:rsidRPr="000E0453">
              <w:rPr>
                <w:b/>
                <w:szCs w:val="26"/>
                <w:u w:val="single"/>
              </w:rPr>
              <w:t>ự</w:t>
            </w:r>
            <w:r w:rsidRPr="000E0453">
              <w:rPr>
                <w:b/>
                <w:szCs w:val="26"/>
                <w:u w:val="single"/>
              </w:rPr>
              <w:t xml:space="preserve"> do - H</w:t>
            </w:r>
            <w:r w:rsidRPr="000E0453">
              <w:rPr>
                <w:b/>
                <w:szCs w:val="26"/>
                <w:u w:val="single"/>
              </w:rPr>
              <w:t>ạ</w:t>
            </w:r>
            <w:r w:rsidRPr="000E0453">
              <w:rPr>
                <w:b/>
                <w:szCs w:val="26"/>
                <w:u w:val="single"/>
              </w:rPr>
              <w:t>nh phúc</w:t>
            </w:r>
          </w:p>
          <w:p w:rsidR="00F5479D" w:rsidRDefault="00292BC3">
            <w:pPr>
              <w:jc w:val="center"/>
            </w:pPr>
            <w:r w:rsidRPr="000E0453">
              <w:rPr>
                <w:i/>
                <w:szCs w:val="26"/>
              </w:rPr>
              <w:t>Thành ph</w:t>
            </w:r>
            <w:r w:rsidRPr="000E0453">
              <w:rPr>
                <w:i/>
                <w:szCs w:val="26"/>
              </w:rPr>
              <w:t>ố</w:t>
            </w:r>
            <w:r w:rsidRPr="000E0453">
              <w:rPr>
                <w:i/>
                <w:szCs w:val="26"/>
              </w:rPr>
              <w:t xml:space="preserve"> H</w:t>
            </w:r>
            <w:r w:rsidRPr="000E0453">
              <w:rPr>
                <w:i/>
                <w:szCs w:val="26"/>
              </w:rPr>
              <w:t>ồ</w:t>
            </w:r>
            <w:r w:rsidRPr="000E0453">
              <w:rPr>
                <w:i/>
                <w:szCs w:val="26"/>
              </w:rPr>
              <w:t xml:space="preserve"> Chí Minh, ngày     tháng     năm 2026</w:t>
            </w:r>
          </w:p>
        </w:tc>
      </w:tr>
    </w:tbl>
    <w:p w:rsidR="00F5479D" w:rsidRDefault="00292BC3">
      <w:pPr>
        <w:spacing w:before="280"/>
        <w:jc w:val="center"/>
      </w:pPr>
      <w:r>
        <w:rPr>
          <w:b/>
          <w:sz w:val="30"/>
        </w:rPr>
        <w:t>BÁO CÁO</w:t>
      </w:r>
    </w:p>
    <w:p w:rsidR="00F5479D" w:rsidRPr="00452EE9" w:rsidRDefault="00292BC3" w:rsidP="00026ABC">
      <w:pPr>
        <w:spacing w:after="280"/>
        <w:ind w:left="-142" w:right="-140"/>
        <w:jc w:val="center"/>
        <w:rPr>
          <w:sz w:val="28"/>
          <w:szCs w:val="28"/>
        </w:rPr>
      </w:pPr>
      <w:r w:rsidRPr="00452EE9">
        <w:rPr>
          <w:b/>
          <w:sz w:val="28"/>
          <w:szCs w:val="28"/>
        </w:rPr>
        <w:t>T</w:t>
      </w:r>
      <w:r w:rsidRPr="00452EE9">
        <w:rPr>
          <w:b/>
          <w:sz w:val="28"/>
          <w:szCs w:val="28"/>
        </w:rPr>
        <w:t>ổ</w:t>
      </w:r>
      <w:r w:rsidRPr="00452EE9">
        <w:rPr>
          <w:b/>
          <w:sz w:val="28"/>
          <w:szCs w:val="28"/>
        </w:rPr>
        <w:t>ng k</w:t>
      </w:r>
      <w:r w:rsidRPr="00452EE9">
        <w:rPr>
          <w:b/>
          <w:sz w:val="28"/>
          <w:szCs w:val="28"/>
        </w:rPr>
        <w:t>ế</w:t>
      </w:r>
      <w:r w:rsidRPr="00452EE9">
        <w:rPr>
          <w:b/>
          <w:sz w:val="28"/>
          <w:szCs w:val="28"/>
        </w:rPr>
        <w:t>t vi</w:t>
      </w:r>
      <w:r w:rsidRPr="00452EE9">
        <w:rPr>
          <w:b/>
          <w:sz w:val="28"/>
          <w:szCs w:val="28"/>
        </w:rPr>
        <w:t>ệ</w:t>
      </w:r>
      <w:r w:rsidRPr="00452EE9">
        <w:rPr>
          <w:b/>
          <w:sz w:val="28"/>
          <w:szCs w:val="28"/>
        </w:rPr>
        <w:t xml:space="preserve">c thi hành </w:t>
      </w:r>
      <w:r w:rsidR="000E0453" w:rsidRPr="00452EE9">
        <w:rPr>
          <w:b/>
          <w:sz w:val="28"/>
          <w:szCs w:val="28"/>
        </w:rPr>
        <w:t>Nghị quyết số 25/2025/NQ-HĐND ngày 28 tháng 8 năm 2025 của Hội đồng nhân dân Thành phố Hồ Chí Minh về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p>
    <w:p w:rsidR="00F5479D" w:rsidRPr="00452EE9" w:rsidRDefault="00292BC3" w:rsidP="002B2996">
      <w:pPr>
        <w:spacing w:before="120" w:after="120" w:line="240" w:lineRule="auto"/>
        <w:ind w:firstLine="576"/>
        <w:jc w:val="both"/>
        <w:rPr>
          <w:sz w:val="28"/>
          <w:szCs w:val="28"/>
        </w:rPr>
      </w:pPr>
      <w:r w:rsidRPr="00452EE9">
        <w:rPr>
          <w:sz w:val="28"/>
          <w:szCs w:val="28"/>
        </w:rPr>
        <w:t>Th</w:t>
      </w:r>
      <w:r w:rsidRPr="00452EE9">
        <w:rPr>
          <w:sz w:val="28"/>
          <w:szCs w:val="28"/>
        </w:rPr>
        <w:t>ự</w:t>
      </w:r>
      <w:r w:rsidRPr="00452EE9">
        <w:rPr>
          <w:sz w:val="28"/>
          <w:szCs w:val="28"/>
        </w:rPr>
        <w:t>c hi</w:t>
      </w:r>
      <w:r w:rsidRPr="00452EE9">
        <w:rPr>
          <w:sz w:val="28"/>
          <w:szCs w:val="28"/>
        </w:rPr>
        <w:t>ệ</w:t>
      </w:r>
      <w:r w:rsidRPr="00452EE9">
        <w:rPr>
          <w:sz w:val="28"/>
          <w:szCs w:val="28"/>
        </w:rPr>
        <w:t>n</w:t>
      </w:r>
      <w:r w:rsidRPr="00452EE9">
        <w:rPr>
          <w:sz w:val="28"/>
          <w:szCs w:val="28"/>
        </w:rPr>
        <w:t xml:space="preserve"> quy đ</w:t>
      </w:r>
      <w:r w:rsidRPr="00452EE9">
        <w:rPr>
          <w:sz w:val="28"/>
          <w:szCs w:val="28"/>
        </w:rPr>
        <w:t>ị</w:t>
      </w:r>
      <w:r w:rsidRPr="00452EE9">
        <w:rPr>
          <w:sz w:val="28"/>
          <w:szCs w:val="28"/>
        </w:rPr>
        <w:t>nh c</w:t>
      </w:r>
      <w:r w:rsidRPr="00452EE9">
        <w:rPr>
          <w:sz w:val="28"/>
          <w:szCs w:val="28"/>
        </w:rPr>
        <w:t>ủ</w:t>
      </w:r>
      <w:r w:rsidRPr="00452EE9">
        <w:rPr>
          <w:sz w:val="28"/>
          <w:szCs w:val="28"/>
        </w:rPr>
        <w:t>a Lu</w:t>
      </w:r>
      <w:r w:rsidRPr="00452EE9">
        <w:rPr>
          <w:sz w:val="28"/>
          <w:szCs w:val="28"/>
        </w:rPr>
        <w:t>ậ</w:t>
      </w:r>
      <w:r w:rsidRPr="00452EE9">
        <w:rPr>
          <w:sz w:val="28"/>
          <w:szCs w:val="28"/>
        </w:rPr>
        <w:t>t Ban hành văn b</w:t>
      </w:r>
      <w:r w:rsidRPr="00452EE9">
        <w:rPr>
          <w:sz w:val="28"/>
          <w:szCs w:val="28"/>
        </w:rPr>
        <w:t>ả</w:t>
      </w:r>
      <w:r w:rsidRPr="00452EE9">
        <w:rPr>
          <w:sz w:val="28"/>
          <w:szCs w:val="28"/>
        </w:rPr>
        <w:t>n quy ph</w:t>
      </w:r>
      <w:r w:rsidRPr="00452EE9">
        <w:rPr>
          <w:sz w:val="28"/>
          <w:szCs w:val="28"/>
        </w:rPr>
        <w:t>ạ</w:t>
      </w:r>
      <w:r w:rsidRPr="00452EE9">
        <w:rPr>
          <w:sz w:val="28"/>
          <w:szCs w:val="28"/>
        </w:rPr>
        <w:t>m pháp lu</w:t>
      </w:r>
      <w:r w:rsidRPr="00452EE9">
        <w:rPr>
          <w:sz w:val="28"/>
          <w:szCs w:val="28"/>
        </w:rPr>
        <w:t>ậ</w:t>
      </w:r>
      <w:r w:rsidRPr="00452EE9">
        <w:rPr>
          <w:sz w:val="28"/>
          <w:szCs w:val="28"/>
        </w:rPr>
        <w:t xml:space="preserve">t, </w:t>
      </w:r>
      <w:r w:rsidRPr="00452EE9">
        <w:rPr>
          <w:sz w:val="28"/>
          <w:szCs w:val="28"/>
        </w:rPr>
        <w:t>Ủ</w:t>
      </w:r>
      <w:r w:rsidRPr="00452EE9">
        <w:rPr>
          <w:sz w:val="28"/>
          <w:szCs w:val="28"/>
        </w:rPr>
        <w:t xml:space="preserve">y ban nhân dân </w:t>
      </w:r>
      <w:bookmarkStart w:id="0" w:name="_GoBack"/>
      <w:bookmarkEnd w:id="0"/>
      <w:r w:rsidRPr="00452EE9">
        <w:rPr>
          <w:sz w:val="28"/>
          <w:szCs w:val="28"/>
        </w:rPr>
        <w:t>Thành ph</w:t>
      </w:r>
      <w:r w:rsidRPr="00452EE9">
        <w:rPr>
          <w:sz w:val="28"/>
          <w:szCs w:val="28"/>
        </w:rPr>
        <w:t>ố</w:t>
      </w:r>
      <w:r w:rsidRPr="00452EE9">
        <w:rPr>
          <w:sz w:val="28"/>
          <w:szCs w:val="28"/>
        </w:rPr>
        <w:t xml:space="preserve"> đã ti</w:t>
      </w:r>
      <w:r w:rsidRPr="00452EE9">
        <w:rPr>
          <w:sz w:val="28"/>
          <w:szCs w:val="28"/>
        </w:rPr>
        <w:t>ế</w:t>
      </w:r>
      <w:r w:rsidRPr="00452EE9">
        <w:rPr>
          <w:sz w:val="28"/>
          <w:szCs w:val="28"/>
        </w:rPr>
        <w:t>n hành t</w:t>
      </w:r>
      <w:r w:rsidRPr="00452EE9">
        <w:rPr>
          <w:sz w:val="28"/>
          <w:szCs w:val="28"/>
        </w:rPr>
        <w:t>ổ</w:t>
      </w:r>
      <w:r w:rsidRPr="00452EE9">
        <w:rPr>
          <w:sz w:val="28"/>
          <w:szCs w:val="28"/>
        </w:rPr>
        <w:t>ng k</w:t>
      </w:r>
      <w:r w:rsidRPr="00452EE9">
        <w:rPr>
          <w:sz w:val="28"/>
          <w:szCs w:val="28"/>
        </w:rPr>
        <w:t>ế</w:t>
      </w:r>
      <w:r w:rsidRPr="00452EE9">
        <w:rPr>
          <w:sz w:val="28"/>
          <w:szCs w:val="28"/>
        </w:rPr>
        <w:t>t vi</w:t>
      </w:r>
      <w:r w:rsidRPr="00452EE9">
        <w:rPr>
          <w:sz w:val="28"/>
          <w:szCs w:val="28"/>
        </w:rPr>
        <w:t>ệ</w:t>
      </w:r>
      <w:r w:rsidRPr="00452EE9">
        <w:rPr>
          <w:sz w:val="28"/>
          <w:szCs w:val="28"/>
        </w:rPr>
        <w:t xml:space="preserve">c thi hành </w:t>
      </w:r>
      <w:r w:rsidR="000E0453" w:rsidRPr="00452EE9">
        <w:rPr>
          <w:sz w:val="28"/>
          <w:szCs w:val="28"/>
        </w:rPr>
        <w:t>Nghị quyết số 25/2025/NQ-HĐND ngày 28 tháng 8 năm 2025 của Hội đồng nhân dân Thành phố Hồ Chí Minh về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452EE9">
        <w:rPr>
          <w:sz w:val="28"/>
          <w:szCs w:val="28"/>
        </w:rPr>
        <w:t>. K</w:t>
      </w:r>
      <w:r w:rsidRPr="00452EE9">
        <w:rPr>
          <w:sz w:val="28"/>
          <w:szCs w:val="28"/>
        </w:rPr>
        <w:t>ế</w:t>
      </w:r>
      <w:r w:rsidRPr="00452EE9">
        <w:rPr>
          <w:sz w:val="28"/>
          <w:szCs w:val="28"/>
        </w:rPr>
        <w:t>t qu</w:t>
      </w:r>
      <w:r w:rsidRPr="00452EE9">
        <w:rPr>
          <w:sz w:val="28"/>
          <w:szCs w:val="28"/>
        </w:rPr>
        <w:t>ả</w:t>
      </w:r>
      <w:r w:rsidRPr="00452EE9">
        <w:rPr>
          <w:sz w:val="28"/>
          <w:szCs w:val="28"/>
        </w:rPr>
        <w:t xml:space="preserve"> c</w:t>
      </w:r>
      <w:r w:rsidRPr="00452EE9">
        <w:rPr>
          <w:sz w:val="28"/>
          <w:szCs w:val="28"/>
        </w:rPr>
        <w:t>ụ</w:t>
      </w:r>
      <w:r w:rsidRPr="00452EE9">
        <w:rPr>
          <w:sz w:val="28"/>
          <w:szCs w:val="28"/>
        </w:rPr>
        <w:t xml:space="preserve"> th</w:t>
      </w:r>
      <w:r w:rsidRPr="00452EE9">
        <w:rPr>
          <w:sz w:val="28"/>
          <w:szCs w:val="28"/>
        </w:rPr>
        <w:t>ể</w:t>
      </w:r>
      <w:r w:rsidRPr="00452EE9">
        <w:rPr>
          <w:sz w:val="28"/>
          <w:szCs w:val="28"/>
        </w:rPr>
        <w:t xml:space="preserve"> như sau:</w:t>
      </w:r>
    </w:p>
    <w:p w:rsidR="00F5479D" w:rsidRPr="00452EE9" w:rsidRDefault="00292BC3" w:rsidP="002B2996">
      <w:pPr>
        <w:spacing w:before="120" w:after="120" w:line="240" w:lineRule="auto"/>
        <w:rPr>
          <w:sz w:val="28"/>
          <w:szCs w:val="28"/>
        </w:rPr>
      </w:pPr>
      <w:r w:rsidRPr="00452EE9">
        <w:rPr>
          <w:b/>
          <w:sz w:val="28"/>
          <w:szCs w:val="28"/>
        </w:rPr>
        <w:t>I. B</w:t>
      </w:r>
      <w:r w:rsidRPr="00452EE9">
        <w:rPr>
          <w:b/>
          <w:sz w:val="28"/>
          <w:szCs w:val="28"/>
        </w:rPr>
        <w:t>Ố</w:t>
      </w:r>
      <w:r w:rsidRPr="00452EE9">
        <w:rPr>
          <w:b/>
          <w:sz w:val="28"/>
          <w:szCs w:val="28"/>
        </w:rPr>
        <w:t>I C</w:t>
      </w:r>
      <w:r w:rsidRPr="00452EE9">
        <w:rPr>
          <w:b/>
          <w:sz w:val="28"/>
          <w:szCs w:val="28"/>
        </w:rPr>
        <w:t>Ả</w:t>
      </w:r>
      <w:r w:rsidRPr="00452EE9">
        <w:rPr>
          <w:b/>
          <w:sz w:val="28"/>
          <w:szCs w:val="28"/>
        </w:rPr>
        <w:t>NH TH</w:t>
      </w:r>
      <w:r w:rsidRPr="00452EE9">
        <w:rPr>
          <w:b/>
          <w:sz w:val="28"/>
          <w:szCs w:val="28"/>
        </w:rPr>
        <w:t>Ự</w:t>
      </w:r>
      <w:r w:rsidRPr="00452EE9">
        <w:rPr>
          <w:b/>
          <w:sz w:val="28"/>
          <w:szCs w:val="28"/>
        </w:rPr>
        <w:t>C HI</w:t>
      </w:r>
      <w:r w:rsidRPr="00452EE9">
        <w:rPr>
          <w:b/>
          <w:sz w:val="28"/>
          <w:szCs w:val="28"/>
        </w:rPr>
        <w:t>Ệ</w:t>
      </w:r>
      <w:r w:rsidRPr="00452EE9">
        <w:rPr>
          <w:b/>
          <w:sz w:val="28"/>
          <w:szCs w:val="28"/>
        </w:rPr>
        <w:t>N T</w:t>
      </w:r>
      <w:r w:rsidRPr="00452EE9">
        <w:rPr>
          <w:b/>
          <w:sz w:val="28"/>
          <w:szCs w:val="28"/>
        </w:rPr>
        <w:t>Ổ</w:t>
      </w:r>
      <w:r w:rsidRPr="00452EE9">
        <w:rPr>
          <w:b/>
          <w:sz w:val="28"/>
          <w:szCs w:val="28"/>
        </w:rPr>
        <w:t>NG K</w:t>
      </w:r>
      <w:r w:rsidRPr="00452EE9">
        <w:rPr>
          <w:b/>
          <w:sz w:val="28"/>
          <w:szCs w:val="28"/>
        </w:rPr>
        <w:t>Ế</w:t>
      </w:r>
      <w:r w:rsidRPr="00452EE9">
        <w:rPr>
          <w:b/>
          <w:sz w:val="28"/>
          <w:szCs w:val="28"/>
        </w:rPr>
        <w:t>T</w:t>
      </w:r>
    </w:p>
    <w:p w:rsidR="00F5479D" w:rsidRPr="00452EE9" w:rsidRDefault="00292BC3" w:rsidP="002B2996">
      <w:pPr>
        <w:spacing w:before="120" w:after="120" w:line="240" w:lineRule="auto"/>
        <w:rPr>
          <w:sz w:val="28"/>
          <w:szCs w:val="28"/>
        </w:rPr>
      </w:pPr>
      <w:r w:rsidRPr="00452EE9">
        <w:rPr>
          <w:b/>
          <w:sz w:val="28"/>
          <w:szCs w:val="28"/>
        </w:rPr>
        <w:t>1. B</w:t>
      </w:r>
      <w:r w:rsidRPr="00452EE9">
        <w:rPr>
          <w:b/>
          <w:sz w:val="28"/>
          <w:szCs w:val="28"/>
        </w:rPr>
        <w:t>ố</w:t>
      </w:r>
      <w:r w:rsidRPr="00452EE9">
        <w:rPr>
          <w:b/>
          <w:sz w:val="28"/>
          <w:szCs w:val="28"/>
        </w:rPr>
        <w:t>i c</w:t>
      </w:r>
      <w:r w:rsidRPr="00452EE9">
        <w:rPr>
          <w:b/>
          <w:sz w:val="28"/>
          <w:szCs w:val="28"/>
        </w:rPr>
        <w:t>ả</w:t>
      </w:r>
      <w:r w:rsidRPr="00452EE9">
        <w:rPr>
          <w:b/>
          <w:sz w:val="28"/>
          <w:szCs w:val="28"/>
        </w:rPr>
        <w:t>nh liên quan đ</w:t>
      </w:r>
      <w:r w:rsidRPr="00452EE9">
        <w:rPr>
          <w:b/>
          <w:sz w:val="28"/>
          <w:szCs w:val="28"/>
        </w:rPr>
        <w:t>ế</w:t>
      </w:r>
      <w:r w:rsidRPr="00452EE9">
        <w:rPr>
          <w:b/>
          <w:sz w:val="28"/>
          <w:szCs w:val="28"/>
        </w:rPr>
        <w:t>n các chính sách/d</w:t>
      </w:r>
      <w:r w:rsidRPr="00452EE9">
        <w:rPr>
          <w:b/>
          <w:sz w:val="28"/>
          <w:szCs w:val="28"/>
        </w:rPr>
        <w:t>ự</w:t>
      </w:r>
      <w:r w:rsidRPr="00452EE9">
        <w:rPr>
          <w:b/>
          <w:sz w:val="28"/>
          <w:szCs w:val="28"/>
        </w:rPr>
        <w:t xml:space="preserve"> t</w:t>
      </w:r>
      <w:r w:rsidRPr="00452EE9">
        <w:rPr>
          <w:b/>
          <w:sz w:val="28"/>
          <w:szCs w:val="28"/>
        </w:rPr>
        <w:t>h</w:t>
      </w:r>
      <w:r w:rsidRPr="00452EE9">
        <w:rPr>
          <w:b/>
          <w:sz w:val="28"/>
          <w:szCs w:val="28"/>
        </w:rPr>
        <w:t>ả</w:t>
      </w:r>
      <w:r w:rsidRPr="00452EE9">
        <w:rPr>
          <w:b/>
          <w:sz w:val="28"/>
          <w:szCs w:val="28"/>
        </w:rPr>
        <w:t>o (n</w:t>
      </w:r>
      <w:r w:rsidRPr="00452EE9">
        <w:rPr>
          <w:b/>
          <w:sz w:val="28"/>
          <w:szCs w:val="28"/>
        </w:rPr>
        <w:t>ế</w:t>
      </w:r>
      <w:r w:rsidRPr="00452EE9">
        <w:rPr>
          <w:b/>
          <w:sz w:val="28"/>
          <w:szCs w:val="28"/>
        </w:rPr>
        <w:t>u có)</w:t>
      </w:r>
    </w:p>
    <w:p w:rsidR="00F5479D" w:rsidRPr="00452EE9" w:rsidRDefault="00292BC3" w:rsidP="002B2996">
      <w:pPr>
        <w:spacing w:before="120" w:after="120" w:line="240" w:lineRule="auto"/>
        <w:ind w:firstLine="576"/>
        <w:jc w:val="both"/>
        <w:rPr>
          <w:sz w:val="28"/>
          <w:szCs w:val="28"/>
        </w:rPr>
      </w:pP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 trư</w:t>
      </w:r>
      <w:r w:rsidRPr="00452EE9">
        <w:rPr>
          <w:sz w:val="28"/>
          <w:szCs w:val="28"/>
        </w:rPr>
        <w:t>ớ</w:t>
      </w:r>
      <w:r w:rsidRPr="00452EE9">
        <w:rPr>
          <w:sz w:val="28"/>
          <w:szCs w:val="28"/>
        </w:rPr>
        <w:t>c đây đư</w:t>
      </w:r>
      <w:r w:rsidRPr="00452EE9">
        <w:rPr>
          <w:sz w:val="28"/>
          <w:szCs w:val="28"/>
        </w:rPr>
        <w:t>ợ</w:t>
      </w:r>
      <w:r w:rsidRPr="00452EE9">
        <w:rPr>
          <w:sz w:val="28"/>
          <w:szCs w:val="28"/>
        </w:rPr>
        <w:t>c ban hành d</w:t>
      </w:r>
      <w:r w:rsidRPr="00452EE9">
        <w:rPr>
          <w:sz w:val="28"/>
          <w:szCs w:val="28"/>
        </w:rPr>
        <w:t>ự</w:t>
      </w:r>
      <w:r w:rsidRPr="00452EE9">
        <w:rPr>
          <w:sz w:val="28"/>
          <w:szCs w:val="28"/>
        </w:rPr>
        <w:t>a trên cơ s</w:t>
      </w:r>
      <w:r w:rsidRPr="00452EE9">
        <w:rPr>
          <w:sz w:val="28"/>
          <w:szCs w:val="28"/>
        </w:rPr>
        <w:t>ở</w:t>
      </w:r>
      <w:r w:rsidRPr="00452EE9">
        <w:rPr>
          <w:sz w:val="28"/>
          <w:szCs w:val="28"/>
        </w:rPr>
        <w:t xml:space="preserve"> pháp lý tr</w:t>
      </w:r>
      <w:r w:rsidRPr="00452EE9">
        <w:rPr>
          <w:sz w:val="28"/>
          <w:szCs w:val="28"/>
        </w:rPr>
        <w:t>ự</w:t>
      </w:r>
      <w:r w:rsidRPr="00452EE9">
        <w:rPr>
          <w:sz w:val="28"/>
          <w:szCs w:val="28"/>
        </w:rPr>
        <w:t>c ti</w:t>
      </w:r>
      <w:r w:rsidRPr="00452EE9">
        <w:rPr>
          <w:sz w:val="28"/>
          <w:szCs w:val="28"/>
        </w:rPr>
        <w:t>ế</w:t>
      </w:r>
      <w:r w:rsidRPr="00452EE9">
        <w:rPr>
          <w:sz w:val="28"/>
          <w:szCs w:val="28"/>
        </w:rPr>
        <w:t>p t</w:t>
      </w:r>
      <w:r w:rsidRPr="00452EE9">
        <w:rPr>
          <w:sz w:val="28"/>
          <w:szCs w:val="28"/>
        </w:rPr>
        <w:t>ạ</w:t>
      </w:r>
      <w:r w:rsidRPr="00452EE9">
        <w:rPr>
          <w:sz w:val="28"/>
          <w:szCs w:val="28"/>
        </w:rPr>
        <w:t xml:space="preserve">i </w:t>
      </w:r>
      <w:r w:rsidR="000E0453" w:rsidRPr="00452EE9">
        <w:rPr>
          <w:sz w:val="28"/>
          <w:szCs w:val="28"/>
        </w:rPr>
        <w:t>Nghị định số 98/2025/NĐ-CP ngày 06 tháng 5 năm 2025 của Chính phủ</w:t>
      </w:r>
      <w:r w:rsidRPr="00452EE9">
        <w:rPr>
          <w:sz w:val="28"/>
          <w:szCs w:val="28"/>
        </w:rPr>
        <w:t>, quy đ</w:t>
      </w:r>
      <w:r w:rsidRPr="00452EE9">
        <w:rPr>
          <w:sz w:val="28"/>
          <w:szCs w:val="28"/>
        </w:rPr>
        <w:t>ị</w:t>
      </w:r>
      <w:r w:rsidRPr="00452EE9">
        <w:rPr>
          <w:sz w:val="28"/>
          <w:szCs w:val="28"/>
        </w:rPr>
        <w:t>nh H</w:t>
      </w:r>
      <w:r w:rsidRPr="00452EE9">
        <w:rPr>
          <w:sz w:val="28"/>
          <w:szCs w:val="28"/>
        </w:rPr>
        <w:t>ộ</w:t>
      </w:r>
      <w:r w:rsidRPr="00452EE9">
        <w:rPr>
          <w:sz w:val="28"/>
          <w:szCs w:val="28"/>
        </w:rPr>
        <w:t>i đ</w:t>
      </w:r>
      <w:r w:rsidRPr="00452EE9">
        <w:rPr>
          <w:sz w:val="28"/>
          <w:szCs w:val="28"/>
        </w:rPr>
        <w:t>ồ</w:t>
      </w:r>
      <w:r w:rsidRPr="00452EE9">
        <w:rPr>
          <w:sz w:val="28"/>
          <w:szCs w:val="28"/>
        </w:rPr>
        <w:t>ng nhân dân c</w:t>
      </w:r>
      <w:r w:rsidRPr="00452EE9">
        <w:rPr>
          <w:sz w:val="28"/>
          <w:szCs w:val="28"/>
        </w:rPr>
        <w:t>ấ</w:t>
      </w:r>
      <w:r w:rsidRPr="00452EE9">
        <w:rPr>
          <w:sz w:val="28"/>
          <w:szCs w:val="28"/>
        </w:rPr>
        <w:t>p t</w:t>
      </w:r>
      <w:r w:rsidRPr="00452EE9">
        <w:rPr>
          <w:sz w:val="28"/>
          <w:szCs w:val="28"/>
        </w:rPr>
        <w:t>ỉ</w:t>
      </w:r>
      <w:r w:rsidRPr="00452EE9">
        <w:rPr>
          <w:sz w:val="28"/>
          <w:szCs w:val="28"/>
        </w:rPr>
        <w:t>nh quy</w:t>
      </w:r>
      <w:r w:rsidRPr="00452EE9">
        <w:rPr>
          <w:sz w:val="28"/>
          <w:szCs w:val="28"/>
        </w:rPr>
        <w:t>ế</w:t>
      </w:r>
      <w:r w:rsidRPr="00452EE9">
        <w:rPr>
          <w:sz w:val="28"/>
          <w:szCs w:val="28"/>
        </w:rPr>
        <w:t>t đ</w:t>
      </w:r>
      <w:r w:rsidRPr="00452EE9">
        <w:rPr>
          <w:sz w:val="28"/>
          <w:szCs w:val="28"/>
        </w:rPr>
        <w:t>ị</w:t>
      </w:r>
      <w:r w:rsidRPr="00452EE9">
        <w:rPr>
          <w:sz w:val="28"/>
          <w:szCs w:val="28"/>
        </w:rPr>
        <w:t>nh ho</w:t>
      </w:r>
      <w:r w:rsidRPr="00452EE9">
        <w:rPr>
          <w:sz w:val="28"/>
          <w:szCs w:val="28"/>
        </w:rPr>
        <w:t>ặ</w:t>
      </w:r>
      <w:r w:rsidRPr="00452EE9">
        <w:rPr>
          <w:sz w:val="28"/>
          <w:szCs w:val="28"/>
        </w:rPr>
        <w:t>c quy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 xml:space="preserve">nh </w:t>
      </w:r>
      <w:r w:rsidR="000E0453" w:rsidRPr="00452EE9">
        <w:rPr>
          <w:sz w:val="28"/>
          <w:szCs w:val="28"/>
        </w:rPr>
        <w:t>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w:t>
      </w:r>
      <w:r w:rsidRPr="00452EE9">
        <w:rPr>
          <w:sz w:val="28"/>
          <w:szCs w:val="28"/>
        </w:rPr>
        <w:t xml:space="preserve"> c</w:t>
      </w:r>
      <w:r w:rsidRPr="00452EE9">
        <w:rPr>
          <w:sz w:val="28"/>
          <w:szCs w:val="28"/>
        </w:rPr>
        <w:t>ủ</w:t>
      </w:r>
      <w:r w:rsidRPr="00452EE9">
        <w:rPr>
          <w:sz w:val="28"/>
          <w:szCs w:val="28"/>
        </w:rPr>
        <w:t>a đ</w:t>
      </w:r>
      <w:r w:rsidRPr="00452EE9">
        <w:rPr>
          <w:sz w:val="28"/>
          <w:szCs w:val="28"/>
        </w:rPr>
        <w:t>ị</w:t>
      </w:r>
      <w:r w:rsidRPr="00452EE9">
        <w:rPr>
          <w:sz w:val="28"/>
          <w:szCs w:val="28"/>
        </w:rPr>
        <w:t>a phương. Tuy nhiên, sang năm 2026, h</w:t>
      </w:r>
      <w:r w:rsidRPr="00452EE9">
        <w:rPr>
          <w:sz w:val="28"/>
          <w:szCs w:val="28"/>
        </w:rPr>
        <w:t>ệ</w:t>
      </w:r>
      <w:r w:rsidRPr="00452EE9">
        <w:rPr>
          <w:sz w:val="28"/>
          <w:szCs w:val="28"/>
        </w:rPr>
        <w:t xml:space="preserve"> th</w:t>
      </w:r>
      <w:r w:rsidRPr="00452EE9">
        <w:rPr>
          <w:sz w:val="28"/>
          <w:szCs w:val="28"/>
        </w:rPr>
        <w:t>ố</w:t>
      </w:r>
      <w:r w:rsidRPr="00452EE9">
        <w:rPr>
          <w:sz w:val="28"/>
          <w:szCs w:val="28"/>
        </w:rPr>
        <w:t>ng pháp lu</w:t>
      </w:r>
      <w:r w:rsidRPr="00452EE9">
        <w:rPr>
          <w:sz w:val="28"/>
          <w:szCs w:val="28"/>
        </w:rPr>
        <w:t>ậ</w:t>
      </w:r>
      <w:r w:rsidRPr="00452EE9">
        <w:rPr>
          <w:sz w:val="28"/>
          <w:szCs w:val="28"/>
        </w:rPr>
        <w:t>t c</w:t>
      </w:r>
      <w:r w:rsidRPr="00452EE9">
        <w:rPr>
          <w:sz w:val="28"/>
          <w:szCs w:val="28"/>
        </w:rPr>
        <w:t>ủ</w:t>
      </w:r>
      <w:r w:rsidRPr="00452EE9">
        <w:rPr>
          <w:sz w:val="28"/>
          <w:szCs w:val="28"/>
        </w:rPr>
        <w:t>a Trung ương đi</w:t>
      </w:r>
      <w:r w:rsidRPr="00452EE9">
        <w:rPr>
          <w:sz w:val="28"/>
          <w:szCs w:val="28"/>
        </w:rPr>
        <w:t>ề</w:t>
      </w:r>
      <w:r w:rsidRPr="00452EE9">
        <w:rPr>
          <w:sz w:val="28"/>
          <w:szCs w:val="28"/>
        </w:rPr>
        <w:t>u ch</w:t>
      </w:r>
      <w:r w:rsidRPr="00452EE9">
        <w:rPr>
          <w:sz w:val="28"/>
          <w:szCs w:val="28"/>
        </w:rPr>
        <w:t>ỉ</w:t>
      </w:r>
      <w:r w:rsidRPr="00452EE9">
        <w:rPr>
          <w:sz w:val="28"/>
          <w:szCs w:val="28"/>
        </w:rPr>
        <w:t>nh lĩnh v</w:t>
      </w:r>
      <w:r w:rsidRPr="00452EE9">
        <w:rPr>
          <w:sz w:val="28"/>
          <w:szCs w:val="28"/>
        </w:rPr>
        <w:t>ự</w:t>
      </w:r>
      <w:r w:rsidRPr="00452EE9">
        <w:rPr>
          <w:sz w:val="28"/>
          <w:szCs w:val="28"/>
        </w:rPr>
        <w:t>c này đã có s</w:t>
      </w:r>
      <w:r w:rsidRPr="00452EE9">
        <w:rPr>
          <w:sz w:val="28"/>
          <w:szCs w:val="28"/>
        </w:rPr>
        <w:t>ự</w:t>
      </w:r>
      <w:r w:rsidRPr="00452EE9">
        <w:rPr>
          <w:sz w:val="28"/>
          <w:szCs w:val="28"/>
        </w:rPr>
        <w:t xml:space="preserve"> thay đ</w:t>
      </w:r>
      <w:r w:rsidRPr="00452EE9">
        <w:rPr>
          <w:sz w:val="28"/>
          <w:szCs w:val="28"/>
        </w:rPr>
        <w:t>ổ</w:t>
      </w:r>
      <w:r w:rsidRPr="00452EE9">
        <w:rPr>
          <w:sz w:val="28"/>
          <w:szCs w:val="28"/>
        </w:rPr>
        <w:t>i mang tính h</w:t>
      </w:r>
      <w:r w:rsidRPr="00452EE9">
        <w:rPr>
          <w:sz w:val="28"/>
          <w:szCs w:val="28"/>
        </w:rPr>
        <w:t>ệ</w:t>
      </w:r>
      <w:r w:rsidRPr="00452EE9">
        <w:rPr>
          <w:sz w:val="28"/>
          <w:szCs w:val="28"/>
        </w:rPr>
        <w:t xml:space="preserve"> th</w:t>
      </w:r>
      <w:r w:rsidRPr="00452EE9">
        <w:rPr>
          <w:sz w:val="28"/>
          <w:szCs w:val="28"/>
        </w:rPr>
        <w:t>ố</w:t>
      </w:r>
      <w:r w:rsidRPr="00452EE9">
        <w:rPr>
          <w:sz w:val="28"/>
          <w:szCs w:val="28"/>
        </w:rPr>
        <w:t>ng và toàn di</w:t>
      </w:r>
      <w:r w:rsidRPr="00452EE9">
        <w:rPr>
          <w:sz w:val="28"/>
          <w:szCs w:val="28"/>
        </w:rPr>
        <w:t>ệ</w:t>
      </w:r>
      <w:r w:rsidRPr="00452EE9">
        <w:rPr>
          <w:sz w:val="28"/>
          <w:szCs w:val="28"/>
        </w:rPr>
        <w:t>n:</w:t>
      </w:r>
    </w:p>
    <w:p w:rsidR="00F5479D" w:rsidRPr="00452EE9" w:rsidRDefault="00292BC3" w:rsidP="002B2996">
      <w:pPr>
        <w:spacing w:before="120" w:after="120" w:line="240" w:lineRule="auto"/>
        <w:ind w:firstLine="576"/>
        <w:jc w:val="both"/>
        <w:rPr>
          <w:sz w:val="28"/>
          <w:szCs w:val="28"/>
        </w:rPr>
      </w:pPr>
      <w:r w:rsidRPr="00452EE9">
        <w:rPr>
          <w:sz w:val="28"/>
          <w:szCs w:val="28"/>
        </w:rPr>
        <w:t>Ngày 31 tháng 3 năm 2026, Chính ph</w:t>
      </w:r>
      <w:r w:rsidRPr="00452EE9">
        <w:rPr>
          <w:sz w:val="28"/>
          <w:szCs w:val="28"/>
        </w:rPr>
        <w:t>ủ</w:t>
      </w:r>
      <w:r w:rsidRPr="00452EE9">
        <w:rPr>
          <w:sz w:val="28"/>
          <w:szCs w:val="28"/>
        </w:rPr>
        <w:t xml:space="preserve"> ti</w:t>
      </w:r>
      <w:r w:rsidRPr="00452EE9">
        <w:rPr>
          <w:sz w:val="28"/>
          <w:szCs w:val="28"/>
        </w:rPr>
        <w:t>ế</w:t>
      </w:r>
      <w:r w:rsidRPr="00452EE9">
        <w:rPr>
          <w:sz w:val="28"/>
          <w:szCs w:val="28"/>
        </w:rPr>
        <w:t>p t</w:t>
      </w:r>
      <w:r w:rsidRPr="00452EE9">
        <w:rPr>
          <w:sz w:val="28"/>
          <w:szCs w:val="28"/>
        </w:rPr>
        <w:t>ụ</w:t>
      </w:r>
      <w:r w:rsidRPr="00452EE9">
        <w:rPr>
          <w:sz w:val="28"/>
          <w:szCs w:val="28"/>
        </w:rPr>
        <w:t>c ban hành Ngh</w:t>
      </w:r>
      <w:r w:rsidRPr="00452EE9">
        <w:rPr>
          <w:sz w:val="28"/>
          <w:szCs w:val="28"/>
        </w:rPr>
        <w:t>ị</w:t>
      </w:r>
      <w:r w:rsidRPr="00452EE9">
        <w:rPr>
          <w:sz w:val="28"/>
          <w:szCs w:val="28"/>
        </w:rPr>
        <w:t xml:space="preserve"> đ</w:t>
      </w:r>
      <w:r w:rsidRPr="00452EE9">
        <w:rPr>
          <w:sz w:val="28"/>
          <w:szCs w:val="28"/>
        </w:rPr>
        <w:t>ị</w:t>
      </w:r>
      <w:r w:rsidRPr="00452EE9">
        <w:rPr>
          <w:sz w:val="28"/>
          <w:szCs w:val="28"/>
        </w:rPr>
        <w:t>nh s</w:t>
      </w:r>
      <w:r w:rsidRPr="00452EE9">
        <w:rPr>
          <w:sz w:val="28"/>
          <w:szCs w:val="28"/>
        </w:rPr>
        <w:t>ố</w:t>
      </w:r>
      <w:r w:rsidRPr="00452EE9">
        <w:rPr>
          <w:sz w:val="28"/>
          <w:szCs w:val="28"/>
        </w:rPr>
        <w:t xml:space="preserve"> 104/2026/NĐ-CP quy đ</w:t>
      </w:r>
      <w:r w:rsidRPr="00452EE9">
        <w:rPr>
          <w:sz w:val="28"/>
          <w:szCs w:val="28"/>
        </w:rPr>
        <w:t>ị</w:t>
      </w:r>
      <w:r w:rsidRPr="00452EE9">
        <w:rPr>
          <w:sz w:val="28"/>
          <w:szCs w:val="28"/>
        </w:rPr>
        <w:t>nh vi</w:t>
      </w:r>
      <w:r w:rsidRPr="00452EE9">
        <w:rPr>
          <w:sz w:val="28"/>
          <w:szCs w:val="28"/>
        </w:rPr>
        <w:t>ệ</w:t>
      </w:r>
      <w:r w:rsidRPr="00452EE9">
        <w:rPr>
          <w:sz w:val="28"/>
          <w:szCs w:val="28"/>
        </w:rPr>
        <w:t>c l</w:t>
      </w:r>
      <w:r w:rsidRPr="00452EE9">
        <w:rPr>
          <w:sz w:val="28"/>
          <w:szCs w:val="28"/>
        </w:rPr>
        <w:t>ậ</w:t>
      </w:r>
      <w:r w:rsidRPr="00452EE9">
        <w:rPr>
          <w:sz w:val="28"/>
          <w:szCs w:val="28"/>
        </w:rPr>
        <w:t>p d</w:t>
      </w:r>
      <w:r w:rsidRPr="00452EE9">
        <w:rPr>
          <w:sz w:val="28"/>
          <w:szCs w:val="28"/>
        </w:rPr>
        <w:t>ự</w:t>
      </w:r>
      <w:r w:rsidRPr="00452EE9">
        <w:rPr>
          <w:sz w:val="28"/>
          <w:szCs w:val="28"/>
        </w:rPr>
        <w:t xml:space="preserve"> toán, qu</w:t>
      </w:r>
      <w:r w:rsidRPr="00452EE9">
        <w:rPr>
          <w:sz w:val="28"/>
          <w:szCs w:val="28"/>
        </w:rPr>
        <w:t>ả</w:t>
      </w:r>
      <w:r w:rsidRPr="00452EE9">
        <w:rPr>
          <w:sz w:val="28"/>
          <w:szCs w:val="28"/>
        </w:rPr>
        <w:t>n lý, s</w:t>
      </w:r>
      <w:r w:rsidRPr="00452EE9">
        <w:rPr>
          <w:sz w:val="28"/>
          <w:szCs w:val="28"/>
        </w:rPr>
        <w:t>ử</w:t>
      </w:r>
      <w:r w:rsidRPr="00452EE9">
        <w:rPr>
          <w:sz w:val="28"/>
          <w:szCs w:val="28"/>
        </w:rPr>
        <w:t xml:space="preserve"> d</w:t>
      </w:r>
      <w:r w:rsidRPr="00452EE9">
        <w:rPr>
          <w:sz w:val="28"/>
          <w:szCs w:val="28"/>
        </w:rPr>
        <w:t>ụ</w:t>
      </w:r>
      <w:r w:rsidRPr="00452EE9">
        <w:rPr>
          <w:sz w:val="28"/>
          <w:szCs w:val="28"/>
        </w:rPr>
        <w:t>ng và quy</w:t>
      </w:r>
      <w:r w:rsidRPr="00452EE9">
        <w:rPr>
          <w:sz w:val="28"/>
          <w:szCs w:val="28"/>
        </w:rPr>
        <w:t>ế</w:t>
      </w:r>
      <w:r w:rsidRPr="00452EE9">
        <w:rPr>
          <w:sz w:val="28"/>
          <w:szCs w:val="28"/>
        </w:rPr>
        <w:t>t toán chi thư</w:t>
      </w:r>
      <w:r w:rsidRPr="00452EE9">
        <w:rPr>
          <w:sz w:val="28"/>
          <w:szCs w:val="28"/>
        </w:rPr>
        <w:t>ờ</w:t>
      </w:r>
      <w:r w:rsidRPr="00452EE9">
        <w:rPr>
          <w:sz w:val="28"/>
          <w:szCs w:val="28"/>
        </w:rPr>
        <w:t>ng xuyên đ</w:t>
      </w:r>
      <w:r w:rsidRPr="00452EE9">
        <w:rPr>
          <w:sz w:val="28"/>
          <w:szCs w:val="28"/>
        </w:rPr>
        <w:t>ể</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quy đ</w:t>
      </w:r>
      <w:r w:rsidRPr="00452EE9">
        <w:rPr>
          <w:sz w:val="28"/>
          <w:szCs w:val="28"/>
        </w:rPr>
        <w:t>ị</w:t>
      </w:r>
      <w:r w:rsidRPr="00452EE9">
        <w:rPr>
          <w:sz w:val="28"/>
          <w:szCs w:val="28"/>
        </w:rPr>
        <w:t>nh t</w:t>
      </w:r>
      <w:r w:rsidRPr="00452EE9">
        <w:rPr>
          <w:sz w:val="28"/>
          <w:szCs w:val="28"/>
        </w:rPr>
        <w:t>ạ</w:t>
      </w:r>
      <w:r w:rsidRPr="00452EE9">
        <w:rPr>
          <w:sz w:val="28"/>
          <w:szCs w:val="28"/>
        </w:rPr>
        <w:t>i Đi</w:t>
      </w:r>
      <w:r w:rsidRPr="00452EE9">
        <w:rPr>
          <w:sz w:val="28"/>
          <w:szCs w:val="28"/>
        </w:rPr>
        <w:t>ề</w:t>
      </w:r>
      <w:r w:rsidRPr="00452EE9">
        <w:rPr>
          <w:sz w:val="28"/>
          <w:szCs w:val="28"/>
        </w:rPr>
        <w:t>u 40 Lu</w:t>
      </w:r>
      <w:r w:rsidRPr="00452EE9">
        <w:rPr>
          <w:sz w:val="28"/>
          <w:szCs w:val="28"/>
        </w:rPr>
        <w:t>ậ</w:t>
      </w:r>
      <w:r w:rsidRPr="00452EE9">
        <w:rPr>
          <w:sz w:val="28"/>
          <w:szCs w:val="28"/>
        </w:rPr>
        <w:t>t Ngân sách nhà nư</w:t>
      </w:r>
      <w:r w:rsidRPr="00452EE9">
        <w:rPr>
          <w:sz w:val="28"/>
          <w:szCs w:val="28"/>
        </w:rPr>
        <w:t>ớ</w:t>
      </w:r>
      <w:r w:rsidRPr="00452EE9">
        <w:rPr>
          <w:sz w:val="28"/>
          <w:szCs w:val="28"/>
        </w:rPr>
        <w:t>c (thay th</w:t>
      </w:r>
      <w:r w:rsidRPr="00452EE9">
        <w:rPr>
          <w:sz w:val="28"/>
          <w:szCs w:val="28"/>
        </w:rPr>
        <w:t>ế</w:t>
      </w:r>
      <w:r w:rsidRPr="00452EE9">
        <w:rPr>
          <w:sz w:val="28"/>
          <w:szCs w:val="28"/>
        </w:rPr>
        <w:t xml:space="preserve"> Ngh</w:t>
      </w:r>
      <w:r w:rsidRPr="00452EE9">
        <w:rPr>
          <w:sz w:val="28"/>
          <w:szCs w:val="28"/>
        </w:rPr>
        <w:t>ị</w:t>
      </w:r>
      <w:r w:rsidRPr="00452EE9">
        <w:rPr>
          <w:sz w:val="28"/>
          <w:szCs w:val="28"/>
        </w:rPr>
        <w:t xml:space="preserve"> đ</w:t>
      </w:r>
      <w:r w:rsidRPr="00452EE9">
        <w:rPr>
          <w:sz w:val="28"/>
          <w:szCs w:val="28"/>
        </w:rPr>
        <w:t>ị</w:t>
      </w:r>
      <w:r w:rsidRPr="00452EE9">
        <w:rPr>
          <w:sz w:val="28"/>
          <w:szCs w:val="28"/>
        </w:rPr>
        <w:t>nh s</w:t>
      </w:r>
      <w:r w:rsidRPr="00452EE9">
        <w:rPr>
          <w:sz w:val="28"/>
          <w:szCs w:val="28"/>
        </w:rPr>
        <w:t>ố</w:t>
      </w:r>
      <w:r w:rsidRPr="00452EE9">
        <w:rPr>
          <w:sz w:val="28"/>
          <w:szCs w:val="28"/>
        </w:rPr>
        <w:t xml:space="preserve"> 98/2025/NĐ-CP). Theo </w:t>
      </w:r>
      <w:r w:rsidR="000E0453" w:rsidRPr="00452EE9">
        <w:rPr>
          <w:sz w:val="28"/>
          <w:szCs w:val="28"/>
        </w:rPr>
        <w:t>đó</w:t>
      </w:r>
      <w:r w:rsidRPr="00452EE9">
        <w:rPr>
          <w:sz w:val="28"/>
          <w:szCs w:val="28"/>
        </w:rPr>
        <w:t>, th</w:t>
      </w:r>
      <w:r w:rsidRPr="00452EE9">
        <w:rPr>
          <w:sz w:val="28"/>
          <w:szCs w:val="28"/>
        </w:rPr>
        <w:t>ẩ</w:t>
      </w:r>
      <w:r w:rsidRPr="00452EE9">
        <w:rPr>
          <w:sz w:val="28"/>
          <w:szCs w:val="28"/>
        </w:rPr>
        <w:t>m quy</w:t>
      </w:r>
      <w:r w:rsidRPr="00452EE9">
        <w:rPr>
          <w:sz w:val="28"/>
          <w:szCs w:val="28"/>
        </w:rPr>
        <w:t>ề</w:t>
      </w:r>
      <w:r w:rsidRPr="00452EE9">
        <w:rPr>
          <w:sz w:val="28"/>
          <w:szCs w:val="28"/>
        </w:rPr>
        <w:t>n</w:t>
      </w:r>
      <w:r w:rsidRPr="00452EE9">
        <w:rPr>
          <w:sz w:val="28"/>
          <w:szCs w:val="28"/>
        </w:rPr>
        <w:t xml:space="preserve"> quy</w:t>
      </w:r>
      <w:r w:rsidRPr="00452EE9">
        <w:rPr>
          <w:sz w:val="28"/>
          <w:szCs w:val="28"/>
        </w:rPr>
        <w:t>ế</w:t>
      </w:r>
      <w:r w:rsidRPr="00452EE9">
        <w:rPr>
          <w:sz w:val="28"/>
          <w:szCs w:val="28"/>
        </w:rPr>
        <w:t xml:space="preserve">t </w:t>
      </w:r>
      <w:r w:rsidRPr="00452EE9">
        <w:rPr>
          <w:sz w:val="28"/>
          <w:szCs w:val="28"/>
        </w:rPr>
        <w:lastRenderedPageBreak/>
        <w:t>đ</w:t>
      </w:r>
      <w:r w:rsidRPr="00452EE9">
        <w:rPr>
          <w:sz w:val="28"/>
          <w:szCs w:val="28"/>
        </w:rPr>
        <w:t>ị</w:t>
      </w:r>
      <w:r w:rsidRPr="00452EE9">
        <w:rPr>
          <w:sz w:val="28"/>
          <w:szCs w:val="28"/>
        </w:rPr>
        <w:t>nh ho</w:t>
      </w:r>
      <w:r w:rsidRPr="00452EE9">
        <w:rPr>
          <w:sz w:val="28"/>
          <w:szCs w:val="28"/>
        </w:rPr>
        <w:t>ặ</w:t>
      </w:r>
      <w:r w:rsidRPr="00452EE9">
        <w:rPr>
          <w:sz w:val="28"/>
          <w:szCs w:val="28"/>
        </w:rPr>
        <w:t xml:space="preserve">c </w:t>
      </w:r>
      <w:r w:rsidR="000E0453" w:rsidRPr="00452EE9">
        <w:rPr>
          <w:sz w:val="28"/>
          <w:szCs w:val="28"/>
        </w:rPr>
        <w:t>quy định 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w:t>
      </w:r>
      <w:r w:rsidRPr="00452EE9">
        <w:rPr>
          <w:sz w:val="28"/>
          <w:szCs w:val="28"/>
        </w:rPr>
        <w:t xml:space="preserve"> đ</w:t>
      </w:r>
      <w:r w:rsidRPr="00452EE9">
        <w:rPr>
          <w:sz w:val="28"/>
          <w:szCs w:val="28"/>
        </w:rPr>
        <w:t>ị</w:t>
      </w:r>
      <w:r w:rsidRPr="00452EE9">
        <w:rPr>
          <w:sz w:val="28"/>
          <w:szCs w:val="28"/>
        </w:rPr>
        <w:t>a phương thu</w:t>
      </w:r>
      <w:r w:rsidRPr="00452EE9">
        <w:rPr>
          <w:sz w:val="28"/>
          <w:szCs w:val="28"/>
        </w:rPr>
        <w:t>ộ</w:t>
      </w:r>
      <w:r w:rsidRPr="00452EE9">
        <w:rPr>
          <w:sz w:val="28"/>
          <w:szCs w:val="28"/>
        </w:rPr>
        <w:t>c v</w:t>
      </w:r>
      <w:r w:rsidRPr="00452EE9">
        <w:rPr>
          <w:sz w:val="28"/>
          <w:szCs w:val="28"/>
        </w:rPr>
        <w:t>ề</w:t>
      </w:r>
      <w:r w:rsidRPr="00452EE9">
        <w:rPr>
          <w:sz w:val="28"/>
          <w:szCs w:val="28"/>
        </w:rPr>
        <w:t xml:space="preserve"> </w:t>
      </w:r>
      <w:r w:rsidRPr="00452EE9">
        <w:rPr>
          <w:sz w:val="28"/>
          <w:szCs w:val="28"/>
        </w:rPr>
        <w:t>Ủ</w:t>
      </w:r>
      <w:r w:rsidRPr="00452EE9">
        <w:rPr>
          <w:sz w:val="28"/>
          <w:szCs w:val="28"/>
        </w:rPr>
        <w:t>y ban nhân dân c</w:t>
      </w:r>
      <w:r w:rsidRPr="00452EE9">
        <w:rPr>
          <w:sz w:val="28"/>
          <w:szCs w:val="28"/>
        </w:rPr>
        <w:t>ấ</w:t>
      </w:r>
      <w:r w:rsidRPr="00452EE9">
        <w:rPr>
          <w:sz w:val="28"/>
          <w:szCs w:val="28"/>
        </w:rPr>
        <w:t>p t</w:t>
      </w:r>
      <w:r w:rsidRPr="00452EE9">
        <w:rPr>
          <w:sz w:val="28"/>
          <w:szCs w:val="28"/>
        </w:rPr>
        <w:t>ỉ</w:t>
      </w:r>
      <w:r w:rsidRPr="00452EE9">
        <w:rPr>
          <w:sz w:val="28"/>
          <w:szCs w:val="28"/>
        </w:rPr>
        <w:t>nh, không thu</w:t>
      </w:r>
      <w:r w:rsidRPr="00452EE9">
        <w:rPr>
          <w:sz w:val="28"/>
          <w:szCs w:val="28"/>
        </w:rPr>
        <w:t>ộ</w:t>
      </w:r>
      <w:r w:rsidRPr="00452EE9">
        <w:rPr>
          <w:sz w:val="28"/>
          <w:szCs w:val="28"/>
        </w:rPr>
        <w:t>c th</w:t>
      </w:r>
      <w:r w:rsidRPr="00452EE9">
        <w:rPr>
          <w:sz w:val="28"/>
          <w:szCs w:val="28"/>
        </w:rPr>
        <w:t>ẩ</w:t>
      </w:r>
      <w:r w:rsidRPr="00452EE9">
        <w:rPr>
          <w:sz w:val="28"/>
          <w:szCs w:val="28"/>
        </w:rPr>
        <w:t>m quy</w:t>
      </w:r>
      <w:r w:rsidRPr="00452EE9">
        <w:rPr>
          <w:sz w:val="28"/>
          <w:szCs w:val="28"/>
        </w:rPr>
        <w:t>ề</w:t>
      </w:r>
      <w:r w:rsidRPr="00452EE9">
        <w:rPr>
          <w:sz w:val="28"/>
          <w:szCs w:val="28"/>
        </w:rPr>
        <w:t>n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như trư</w:t>
      </w:r>
      <w:r w:rsidRPr="00452EE9">
        <w:rPr>
          <w:sz w:val="28"/>
          <w:szCs w:val="28"/>
        </w:rPr>
        <w:t>ớ</w:t>
      </w:r>
      <w:r w:rsidRPr="00452EE9">
        <w:rPr>
          <w:sz w:val="28"/>
          <w:szCs w:val="28"/>
        </w:rPr>
        <w:t>c đây.</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15 tháng 5 năm 2026,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đã ban</w:t>
      </w:r>
      <w:r w:rsidRPr="00452EE9">
        <w:rPr>
          <w:sz w:val="28"/>
          <w:szCs w:val="28"/>
        </w:rPr>
        <w:t xml:space="preserve"> hành Quy</w:t>
      </w:r>
      <w:r w:rsidRPr="00452EE9">
        <w:rPr>
          <w:sz w:val="28"/>
          <w:szCs w:val="28"/>
        </w:rPr>
        <w:t>ế</w:t>
      </w:r>
      <w:r w:rsidRPr="00452EE9">
        <w:rPr>
          <w:sz w:val="28"/>
          <w:szCs w:val="28"/>
        </w:rPr>
        <w:t>t đ</w:t>
      </w:r>
      <w:r w:rsidRPr="00452EE9">
        <w:rPr>
          <w:sz w:val="28"/>
          <w:szCs w:val="28"/>
        </w:rPr>
        <w:t>ị</w:t>
      </w:r>
      <w:r w:rsidRPr="00452EE9">
        <w:rPr>
          <w:sz w:val="28"/>
          <w:szCs w:val="28"/>
        </w:rPr>
        <w:t>nh s</w:t>
      </w:r>
      <w:r w:rsidRPr="00452EE9">
        <w:rPr>
          <w:sz w:val="28"/>
          <w:szCs w:val="28"/>
        </w:rPr>
        <w:t>ố</w:t>
      </w:r>
      <w:r w:rsidRPr="00452EE9">
        <w:rPr>
          <w:sz w:val="28"/>
          <w:szCs w:val="28"/>
        </w:rPr>
        <w:t xml:space="preserve"> 28/2026/QĐ-UBND quy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nh phê duy</w:t>
      </w:r>
      <w:r w:rsidRPr="00452EE9">
        <w:rPr>
          <w:sz w:val="28"/>
          <w:szCs w:val="28"/>
        </w:rPr>
        <w:t>ệ</w:t>
      </w:r>
      <w:r w:rsidRPr="00452EE9">
        <w:rPr>
          <w:sz w:val="28"/>
          <w:szCs w:val="28"/>
        </w:rPr>
        <w:t>t ch</w:t>
      </w:r>
      <w:r w:rsidRPr="00452EE9">
        <w:rPr>
          <w:sz w:val="28"/>
          <w:szCs w:val="28"/>
        </w:rPr>
        <w:t>ủ</w:t>
      </w:r>
      <w:r w:rsidRPr="00452EE9">
        <w:rPr>
          <w:sz w:val="28"/>
          <w:szCs w:val="28"/>
        </w:rPr>
        <w:t xml:space="preserve"> trương và d</w:t>
      </w:r>
      <w:r w:rsidRPr="00452EE9">
        <w:rPr>
          <w:sz w:val="28"/>
          <w:szCs w:val="28"/>
        </w:rPr>
        <w:t>ự</w:t>
      </w:r>
      <w:r w:rsidRPr="00452EE9">
        <w:rPr>
          <w:sz w:val="28"/>
          <w:szCs w:val="28"/>
        </w:rPr>
        <w:t xml:space="preserve"> ki</w:t>
      </w:r>
      <w:r w:rsidRPr="00452EE9">
        <w:rPr>
          <w:sz w:val="28"/>
          <w:szCs w:val="28"/>
        </w:rPr>
        <w:t>ế</w:t>
      </w:r>
      <w:r w:rsidRPr="00452EE9">
        <w:rPr>
          <w:sz w:val="28"/>
          <w:szCs w:val="28"/>
        </w:rPr>
        <w:t>n kinh phí, chi phí t</w:t>
      </w:r>
      <w:r w:rsidRPr="00452EE9">
        <w:rPr>
          <w:sz w:val="28"/>
          <w:szCs w:val="28"/>
        </w:rPr>
        <w:t>ừ</w:t>
      </w:r>
      <w:r w:rsidRPr="00452EE9">
        <w:rPr>
          <w:sz w:val="28"/>
          <w:szCs w:val="28"/>
        </w:rPr>
        <w:t xml:space="preserve"> ngu</w:t>
      </w:r>
      <w:r w:rsidRPr="00452EE9">
        <w:rPr>
          <w:sz w:val="28"/>
          <w:szCs w:val="28"/>
        </w:rPr>
        <w:t>ồ</w:t>
      </w:r>
      <w:r w:rsidRPr="00452EE9">
        <w:rPr>
          <w:sz w:val="28"/>
          <w:szCs w:val="28"/>
        </w:rPr>
        <w:t>n chi thư</w:t>
      </w:r>
      <w:r w:rsidRPr="00452EE9">
        <w:rPr>
          <w:sz w:val="28"/>
          <w:szCs w:val="28"/>
        </w:rPr>
        <w:t>ờ</w:t>
      </w:r>
      <w:r w:rsidRPr="00452EE9">
        <w:rPr>
          <w:sz w:val="28"/>
          <w:szCs w:val="28"/>
        </w:rPr>
        <w:t>ng xuyên ngân sách nhà nư</w:t>
      </w:r>
      <w:r w:rsidRPr="00452EE9">
        <w:rPr>
          <w:sz w:val="28"/>
          <w:szCs w:val="28"/>
        </w:rPr>
        <w:t>ớ</w:t>
      </w:r>
      <w:r w:rsidRPr="00452EE9">
        <w:rPr>
          <w:sz w:val="28"/>
          <w:szCs w:val="28"/>
        </w:rPr>
        <w:t>c đ</w:t>
      </w:r>
      <w:r w:rsidRPr="00452EE9">
        <w:rPr>
          <w:sz w:val="28"/>
          <w:szCs w:val="28"/>
        </w:rPr>
        <w:t>ể</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mua s</w:t>
      </w:r>
      <w:r w:rsidRPr="00452EE9">
        <w:rPr>
          <w:sz w:val="28"/>
          <w:szCs w:val="28"/>
        </w:rPr>
        <w:t>ắ</w:t>
      </w:r>
      <w:r w:rsidRPr="00452EE9">
        <w:rPr>
          <w:sz w:val="28"/>
          <w:szCs w:val="28"/>
        </w:rPr>
        <w:t>m, s</w:t>
      </w:r>
      <w:r w:rsidRPr="00452EE9">
        <w:rPr>
          <w:sz w:val="28"/>
          <w:szCs w:val="28"/>
        </w:rPr>
        <w:t>ử</w:t>
      </w:r>
      <w:r w:rsidRPr="00452EE9">
        <w:rPr>
          <w:sz w:val="28"/>
          <w:szCs w:val="28"/>
        </w:rPr>
        <w:t>a ch</w:t>
      </w:r>
      <w:r w:rsidRPr="00452EE9">
        <w:rPr>
          <w:sz w:val="28"/>
          <w:szCs w:val="28"/>
        </w:rPr>
        <w:t>ữ</w:t>
      </w:r>
      <w:r w:rsidRPr="00452EE9">
        <w:rPr>
          <w:sz w:val="28"/>
          <w:szCs w:val="28"/>
        </w:rPr>
        <w:t>a, c</w:t>
      </w:r>
      <w:r w:rsidRPr="00452EE9">
        <w:rPr>
          <w:sz w:val="28"/>
          <w:szCs w:val="28"/>
        </w:rPr>
        <w:t>ả</w:t>
      </w:r>
      <w:r w:rsidRPr="00452EE9">
        <w:rPr>
          <w:sz w:val="28"/>
          <w:szCs w:val="28"/>
        </w:rPr>
        <w:t>i t</w:t>
      </w:r>
      <w:r w:rsidRPr="00452EE9">
        <w:rPr>
          <w:sz w:val="28"/>
          <w:szCs w:val="28"/>
        </w:rPr>
        <w:t>ạ</w:t>
      </w:r>
      <w:r w:rsidRPr="00452EE9">
        <w:rPr>
          <w:sz w:val="28"/>
          <w:szCs w:val="28"/>
        </w:rPr>
        <w:t>o, nâng c</w:t>
      </w:r>
      <w:r w:rsidRPr="00452EE9">
        <w:rPr>
          <w:sz w:val="28"/>
          <w:szCs w:val="28"/>
        </w:rPr>
        <w:t>ấ</w:t>
      </w:r>
      <w:r w:rsidRPr="00452EE9">
        <w:rPr>
          <w:sz w:val="28"/>
          <w:szCs w:val="28"/>
        </w:rPr>
        <w:t>p tài s</w:t>
      </w:r>
      <w:r w:rsidRPr="00452EE9">
        <w:rPr>
          <w:sz w:val="28"/>
          <w:szCs w:val="28"/>
        </w:rPr>
        <w:t>ả</w:t>
      </w:r>
      <w:r w:rsidRPr="00452EE9">
        <w:rPr>
          <w:sz w:val="28"/>
          <w:szCs w:val="28"/>
        </w:rPr>
        <w:t>n, trang thi</w:t>
      </w:r>
      <w:r w:rsidRPr="00452EE9">
        <w:rPr>
          <w:sz w:val="28"/>
          <w:szCs w:val="28"/>
        </w:rPr>
        <w:t>ế</w:t>
      </w:r>
      <w:r w:rsidRPr="00452EE9">
        <w:rPr>
          <w:sz w:val="28"/>
          <w:szCs w:val="28"/>
        </w:rPr>
        <w:t>t b</w:t>
      </w:r>
      <w:r w:rsidRPr="00452EE9">
        <w:rPr>
          <w:sz w:val="28"/>
          <w:szCs w:val="28"/>
        </w:rPr>
        <w:t>ị</w:t>
      </w:r>
      <w:r w:rsidRPr="00452EE9">
        <w:rPr>
          <w:sz w:val="28"/>
          <w:szCs w:val="28"/>
        </w:rPr>
        <w:t>; thuê hàng hóa, d</w:t>
      </w:r>
      <w:r w:rsidRPr="00452EE9">
        <w:rPr>
          <w:sz w:val="28"/>
          <w:szCs w:val="28"/>
        </w:rPr>
        <w:t>ị</w:t>
      </w:r>
      <w:r w:rsidRPr="00452EE9">
        <w:rPr>
          <w:sz w:val="28"/>
          <w:szCs w:val="28"/>
        </w:rPr>
        <w:t>ch</w:t>
      </w:r>
      <w:r w:rsidRPr="00452EE9">
        <w:rPr>
          <w:sz w:val="28"/>
          <w:szCs w:val="28"/>
        </w:rPr>
        <w:t xml:space="preserve"> v</w:t>
      </w:r>
      <w:r w:rsidRPr="00452EE9">
        <w:rPr>
          <w:sz w:val="28"/>
          <w:szCs w:val="28"/>
        </w:rPr>
        <w:t>ụ</w:t>
      </w:r>
      <w:r w:rsidRPr="00452EE9">
        <w:rPr>
          <w:sz w:val="28"/>
          <w:szCs w:val="28"/>
        </w:rPr>
        <w:t xml:space="preserve"> c</w:t>
      </w:r>
      <w:r w:rsidRPr="00452EE9">
        <w:rPr>
          <w:sz w:val="28"/>
          <w:szCs w:val="28"/>
        </w:rPr>
        <w:t>ủ</w:t>
      </w:r>
      <w:r w:rsidRPr="00452EE9">
        <w:rPr>
          <w:sz w:val="28"/>
          <w:szCs w:val="28"/>
        </w:rPr>
        <w:t>a các cơ quan, đơn v</w:t>
      </w:r>
      <w:r w:rsidRPr="00452EE9">
        <w:rPr>
          <w:sz w:val="28"/>
          <w:szCs w:val="28"/>
        </w:rPr>
        <w:t>ị</w:t>
      </w:r>
      <w:r w:rsidRPr="00452EE9">
        <w:rPr>
          <w:sz w:val="28"/>
          <w:szCs w:val="28"/>
        </w:rPr>
        <w:t xml:space="preserve"> thu</w:t>
      </w:r>
      <w:r w:rsidRPr="00452EE9">
        <w:rPr>
          <w:sz w:val="28"/>
          <w:szCs w:val="28"/>
        </w:rPr>
        <w:t>ộ</w:t>
      </w:r>
      <w:r w:rsidRPr="00452EE9">
        <w:rPr>
          <w:sz w:val="28"/>
          <w:szCs w:val="28"/>
        </w:rPr>
        <w:t>c ph</w:t>
      </w:r>
      <w:r w:rsidRPr="00452EE9">
        <w:rPr>
          <w:sz w:val="28"/>
          <w:szCs w:val="28"/>
        </w:rPr>
        <w:t>ạ</w:t>
      </w:r>
      <w:r w:rsidRPr="00452EE9">
        <w:rPr>
          <w:sz w:val="28"/>
          <w:szCs w:val="28"/>
        </w:rPr>
        <w:t>m vi qu</w:t>
      </w:r>
      <w:r w:rsidRPr="00452EE9">
        <w:rPr>
          <w:sz w:val="28"/>
          <w:szCs w:val="28"/>
        </w:rPr>
        <w:t>ả</w:t>
      </w:r>
      <w:r w:rsidRPr="00452EE9">
        <w:rPr>
          <w:sz w:val="28"/>
          <w:szCs w:val="28"/>
        </w:rPr>
        <w:t>n lý c</w:t>
      </w:r>
      <w:r w:rsidRPr="00452EE9">
        <w:rPr>
          <w:sz w:val="28"/>
          <w:szCs w:val="28"/>
        </w:rPr>
        <w:t>ủ</w:t>
      </w:r>
      <w:r w:rsidRPr="00452EE9">
        <w:rPr>
          <w:sz w:val="28"/>
          <w:szCs w:val="28"/>
        </w:rPr>
        <w:t>a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w:t>
      </w:r>
    </w:p>
    <w:p w:rsidR="00F5479D" w:rsidRPr="00452EE9" w:rsidRDefault="00292BC3" w:rsidP="002B2996">
      <w:pPr>
        <w:spacing w:before="120" w:after="120" w:line="240" w:lineRule="auto"/>
        <w:ind w:firstLine="576"/>
        <w:jc w:val="both"/>
        <w:rPr>
          <w:sz w:val="28"/>
          <w:szCs w:val="28"/>
        </w:rPr>
      </w:pPr>
      <w:r w:rsidRPr="00452EE9">
        <w:rPr>
          <w:sz w:val="28"/>
          <w:szCs w:val="28"/>
        </w:rPr>
        <w:t>Do căn c</w:t>
      </w:r>
      <w:r w:rsidRPr="00452EE9">
        <w:rPr>
          <w:sz w:val="28"/>
          <w:szCs w:val="28"/>
        </w:rPr>
        <w:t>ứ</w:t>
      </w:r>
      <w:r w:rsidRPr="00452EE9">
        <w:rPr>
          <w:sz w:val="28"/>
          <w:szCs w:val="28"/>
        </w:rPr>
        <w:t xml:space="preserve"> pháp lý tr</w:t>
      </w:r>
      <w:r w:rsidRPr="00452EE9">
        <w:rPr>
          <w:sz w:val="28"/>
          <w:szCs w:val="28"/>
        </w:rPr>
        <w:t>ự</w:t>
      </w:r>
      <w:r w:rsidRPr="00452EE9">
        <w:rPr>
          <w:sz w:val="28"/>
          <w:szCs w:val="28"/>
        </w:rPr>
        <w:t>c ti</w:t>
      </w:r>
      <w:r w:rsidRPr="00452EE9">
        <w:rPr>
          <w:sz w:val="28"/>
          <w:szCs w:val="28"/>
        </w:rPr>
        <w:t>ế</w:t>
      </w:r>
      <w:r w:rsidRPr="00452EE9">
        <w:rPr>
          <w:sz w:val="28"/>
          <w:szCs w:val="28"/>
        </w:rPr>
        <w:t>p đ</w:t>
      </w:r>
      <w:r w:rsidRPr="00452EE9">
        <w:rPr>
          <w:sz w:val="28"/>
          <w:szCs w:val="28"/>
        </w:rPr>
        <w:t>ể</w:t>
      </w:r>
      <w:r w:rsidRPr="00452EE9">
        <w:rPr>
          <w:sz w:val="28"/>
          <w:szCs w:val="28"/>
        </w:rPr>
        <w:t xml:space="preserve">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không còn hi</w:t>
      </w:r>
      <w:r w:rsidRPr="00452EE9">
        <w:rPr>
          <w:sz w:val="28"/>
          <w:szCs w:val="28"/>
        </w:rPr>
        <w:t>ệ</w:t>
      </w:r>
      <w:r w:rsidRPr="00452EE9">
        <w:rPr>
          <w:sz w:val="28"/>
          <w:szCs w:val="28"/>
        </w:rPr>
        <w:t>u l</w:t>
      </w:r>
      <w:r w:rsidRPr="00452EE9">
        <w:rPr>
          <w:sz w:val="28"/>
          <w:szCs w:val="28"/>
        </w:rPr>
        <w:t>ự</w:t>
      </w:r>
      <w:r w:rsidRPr="00452EE9">
        <w:rPr>
          <w:sz w:val="28"/>
          <w:szCs w:val="28"/>
        </w:rPr>
        <w:t>c, th</w:t>
      </w:r>
      <w:r w:rsidRPr="00452EE9">
        <w:rPr>
          <w:sz w:val="28"/>
          <w:szCs w:val="28"/>
        </w:rPr>
        <w:t>ẩ</w:t>
      </w:r>
      <w:r w:rsidRPr="00452EE9">
        <w:rPr>
          <w:sz w:val="28"/>
          <w:szCs w:val="28"/>
        </w:rPr>
        <w:t>m quy</w:t>
      </w:r>
      <w:r w:rsidRPr="00452EE9">
        <w:rPr>
          <w:sz w:val="28"/>
          <w:szCs w:val="28"/>
        </w:rPr>
        <w:t>ề</w:t>
      </w:r>
      <w:r w:rsidRPr="00452EE9">
        <w:rPr>
          <w:sz w:val="28"/>
          <w:szCs w:val="28"/>
        </w:rPr>
        <w:t>n quy</w:t>
      </w:r>
      <w:r w:rsidRPr="00452EE9">
        <w:rPr>
          <w:sz w:val="28"/>
          <w:szCs w:val="28"/>
        </w:rPr>
        <w:t>ế</w:t>
      </w:r>
      <w:r w:rsidRPr="00452EE9">
        <w:rPr>
          <w:sz w:val="28"/>
          <w:szCs w:val="28"/>
        </w:rPr>
        <w:t>t đ</w:t>
      </w:r>
      <w:r w:rsidRPr="00452EE9">
        <w:rPr>
          <w:sz w:val="28"/>
          <w:szCs w:val="28"/>
        </w:rPr>
        <w:t>ị</w:t>
      </w:r>
      <w:r w:rsidRPr="00452EE9">
        <w:rPr>
          <w:sz w:val="28"/>
          <w:szCs w:val="28"/>
        </w:rPr>
        <w:t>nh đã đư</w:t>
      </w:r>
      <w:r w:rsidRPr="00452EE9">
        <w:rPr>
          <w:sz w:val="28"/>
          <w:szCs w:val="28"/>
        </w:rPr>
        <w:t>ợ</w:t>
      </w:r>
      <w:r w:rsidRPr="00452EE9">
        <w:rPr>
          <w:sz w:val="28"/>
          <w:szCs w:val="28"/>
        </w:rPr>
        <w:t xml:space="preserve">c giao cho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và </w:t>
      </w:r>
      <w:r w:rsidRPr="00452EE9">
        <w:rPr>
          <w:sz w:val="28"/>
          <w:szCs w:val="28"/>
        </w:rPr>
        <w:t>Ủ</w:t>
      </w:r>
      <w:r w:rsidRPr="00452EE9">
        <w:rPr>
          <w:sz w:val="28"/>
          <w:szCs w:val="28"/>
        </w:rPr>
        <w:t>y ban nhân dân Thành</w:t>
      </w:r>
      <w:r w:rsidRPr="00452EE9">
        <w:rPr>
          <w:sz w:val="28"/>
          <w:szCs w:val="28"/>
        </w:rPr>
        <w:t xml:space="preserve"> ph</w:t>
      </w:r>
      <w:r w:rsidRPr="00452EE9">
        <w:rPr>
          <w:sz w:val="28"/>
          <w:szCs w:val="28"/>
        </w:rPr>
        <w:t>ố</w:t>
      </w:r>
      <w:r w:rsidRPr="00452EE9">
        <w:rPr>
          <w:sz w:val="28"/>
          <w:szCs w:val="28"/>
        </w:rPr>
        <w:t xml:space="preserve"> đã ban hành Quy</w:t>
      </w:r>
      <w:r w:rsidRPr="00452EE9">
        <w:rPr>
          <w:sz w:val="28"/>
          <w:szCs w:val="28"/>
        </w:rPr>
        <w:t>ế</w:t>
      </w:r>
      <w:r w:rsidRPr="00452EE9">
        <w:rPr>
          <w:sz w:val="28"/>
          <w:szCs w:val="28"/>
        </w:rPr>
        <w:t>t đ</w:t>
      </w:r>
      <w:r w:rsidRPr="00452EE9">
        <w:rPr>
          <w:sz w:val="28"/>
          <w:szCs w:val="28"/>
        </w:rPr>
        <w:t>ị</w:t>
      </w:r>
      <w:r w:rsidRPr="00452EE9">
        <w:rPr>
          <w:sz w:val="28"/>
          <w:szCs w:val="28"/>
        </w:rPr>
        <w:t>nh s</w:t>
      </w:r>
      <w:r w:rsidRPr="00452EE9">
        <w:rPr>
          <w:sz w:val="28"/>
          <w:szCs w:val="28"/>
        </w:rPr>
        <w:t>ố</w:t>
      </w:r>
      <w:r w:rsidRPr="00452EE9">
        <w:rPr>
          <w:sz w:val="28"/>
          <w:szCs w:val="28"/>
        </w:rPr>
        <w:t xml:space="preserve"> 28/2026/QĐ-UBND, nên vi</w:t>
      </w:r>
      <w:r w:rsidRPr="00452EE9">
        <w:rPr>
          <w:sz w:val="28"/>
          <w:szCs w:val="28"/>
        </w:rPr>
        <w:t>ệ</w:t>
      </w:r>
      <w:r w:rsidRPr="00452EE9">
        <w:rPr>
          <w:sz w:val="28"/>
          <w:szCs w:val="28"/>
        </w:rPr>
        <w:t>c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bãi b</w:t>
      </w:r>
      <w:r w:rsidRPr="00452EE9">
        <w:rPr>
          <w:sz w:val="28"/>
          <w:szCs w:val="28"/>
        </w:rPr>
        <w:t>ỏ</w:t>
      </w:r>
      <w:r w:rsidRPr="00452EE9">
        <w:rPr>
          <w:sz w:val="28"/>
          <w:szCs w:val="28"/>
        </w:rPr>
        <w:t xml:space="preserve"> toàn b</w:t>
      </w:r>
      <w:r w:rsidRPr="00452EE9">
        <w:rPr>
          <w:sz w:val="28"/>
          <w:szCs w:val="28"/>
        </w:rPr>
        <w:t>ộ</w:t>
      </w:r>
      <w:r w:rsidRPr="00452EE9">
        <w:rPr>
          <w:sz w:val="28"/>
          <w:szCs w:val="28"/>
        </w:rPr>
        <w:t xml:space="preserve">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là hoàn toàn c</w:t>
      </w:r>
      <w:r w:rsidRPr="00452EE9">
        <w:rPr>
          <w:sz w:val="28"/>
          <w:szCs w:val="28"/>
        </w:rPr>
        <w:t>ầ</w:t>
      </w:r>
      <w:r w:rsidRPr="00452EE9">
        <w:rPr>
          <w:sz w:val="28"/>
          <w:szCs w:val="28"/>
        </w:rPr>
        <w:t>n thi</w:t>
      </w:r>
      <w:r w:rsidRPr="00452EE9">
        <w:rPr>
          <w:sz w:val="28"/>
          <w:szCs w:val="28"/>
        </w:rPr>
        <w:t>ế</w:t>
      </w:r>
      <w:r w:rsidRPr="00452EE9">
        <w:rPr>
          <w:sz w:val="28"/>
          <w:szCs w:val="28"/>
        </w:rPr>
        <w:t>t, khách quan và đúng quy đ</w:t>
      </w:r>
      <w:r w:rsidRPr="00452EE9">
        <w:rPr>
          <w:sz w:val="28"/>
          <w:szCs w:val="28"/>
        </w:rPr>
        <w:t>ị</w:t>
      </w:r>
      <w:r w:rsidRPr="00452EE9">
        <w:rPr>
          <w:sz w:val="28"/>
          <w:szCs w:val="28"/>
        </w:rPr>
        <w:t>nh pháp lu</w:t>
      </w:r>
      <w:r w:rsidRPr="00452EE9">
        <w:rPr>
          <w:sz w:val="28"/>
          <w:szCs w:val="28"/>
        </w:rPr>
        <w:t>ậ</w:t>
      </w:r>
      <w:r w:rsidRPr="00452EE9">
        <w:rPr>
          <w:sz w:val="28"/>
          <w:szCs w:val="28"/>
        </w:rPr>
        <w:t>t hi</w:t>
      </w:r>
      <w:r w:rsidRPr="00452EE9">
        <w:rPr>
          <w:sz w:val="28"/>
          <w:szCs w:val="28"/>
        </w:rPr>
        <w:t>ệ</w:t>
      </w:r>
      <w:r w:rsidRPr="00452EE9">
        <w:rPr>
          <w:sz w:val="28"/>
          <w:szCs w:val="28"/>
        </w:rPr>
        <w:t>n hành nh</w:t>
      </w:r>
      <w:r w:rsidRPr="00452EE9">
        <w:rPr>
          <w:sz w:val="28"/>
          <w:szCs w:val="28"/>
        </w:rPr>
        <w:t>ằ</w:t>
      </w:r>
      <w:r w:rsidRPr="00452EE9">
        <w:rPr>
          <w:sz w:val="28"/>
          <w:szCs w:val="28"/>
        </w:rPr>
        <w:t>m tránh ch</w:t>
      </w:r>
      <w:r w:rsidRPr="00452EE9">
        <w:rPr>
          <w:sz w:val="28"/>
          <w:szCs w:val="28"/>
        </w:rPr>
        <w:t>ồ</w:t>
      </w:r>
      <w:r w:rsidRPr="00452EE9">
        <w:rPr>
          <w:sz w:val="28"/>
          <w:szCs w:val="28"/>
        </w:rPr>
        <w:t>ng chéo th</w:t>
      </w:r>
      <w:r w:rsidRPr="00452EE9">
        <w:rPr>
          <w:sz w:val="28"/>
          <w:szCs w:val="28"/>
        </w:rPr>
        <w:t>ẩ</w:t>
      </w:r>
      <w:r w:rsidRPr="00452EE9">
        <w:rPr>
          <w:sz w:val="28"/>
          <w:szCs w:val="28"/>
        </w:rPr>
        <w:t>m quy</w:t>
      </w:r>
      <w:r w:rsidRPr="00452EE9">
        <w:rPr>
          <w:sz w:val="28"/>
          <w:szCs w:val="28"/>
        </w:rPr>
        <w:t>ề</w:t>
      </w:r>
      <w:r w:rsidRPr="00452EE9">
        <w:rPr>
          <w:sz w:val="28"/>
          <w:szCs w:val="28"/>
        </w:rPr>
        <w:t>n và tuân th</w:t>
      </w:r>
      <w:r w:rsidRPr="00452EE9">
        <w:rPr>
          <w:sz w:val="28"/>
          <w:szCs w:val="28"/>
        </w:rPr>
        <w:t>ủ</w:t>
      </w:r>
      <w:r w:rsidRPr="00452EE9">
        <w:rPr>
          <w:sz w:val="28"/>
          <w:szCs w:val="28"/>
        </w:rPr>
        <w:t xml:space="preserve"> ch</w:t>
      </w:r>
      <w:r w:rsidRPr="00452EE9">
        <w:rPr>
          <w:sz w:val="28"/>
          <w:szCs w:val="28"/>
        </w:rPr>
        <w:t>ặ</w:t>
      </w:r>
      <w:r w:rsidRPr="00452EE9">
        <w:rPr>
          <w:sz w:val="28"/>
          <w:szCs w:val="28"/>
        </w:rPr>
        <w:t>t ch</w:t>
      </w:r>
      <w:r w:rsidRPr="00452EE9">
        <w:rPr>
          <w:sz w:val="28"/>
          <w:szCs w:val="28"/>
        </w:rPr>
        <w:t>ẽ</w:t>
      </w:r>
      <w:r w:rsidRPr="00452EE9">
        <w:rPr>
          <w:sz w:val="28"/>
          <w:szCs w:val="28"/>
        </w:rPr>
        <w:t xml:space="preserve"> nguyên t</w:t>
      </w:r>
      <w:r w:rsidRPr="00452EE9">
        <w:rPr>
          <w:sz w:val="28"/>
          <w:szCs w:val="28"/>
        </w:rPr>
        <w:t>ắ</w:t>
      </w:r>
      <w:r w:rsidRPr="00452EE9">
        <w:rPr>
          <w:sz w:val="28"/>
          <w:szCs w:val="28"/>
        </w:rPr>
        <w:t>c pháp ch</w:t>
      </w:r>
      <w:r w:rsidRPr="00452EE9">
        <w:rPr>
          <w:sz w:val="28"/>
          <w:szCs w:val="28"/>
        </w:rPr>
        <w:t>ế</w:t>
      </w:r>
      <w:r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2. Quá trình th</w:t>
      </w:r>
      <w:r w:rsidRPr="00452EE9">
        <w:rPr>
          <w:b/>
          <w:sz w:val="28"/>
          <w:szCs w:val="28"/>
        </w:rPr>
        <w:t>ự</w:t>
      </w:r>
      <w:r w:rsidRPr="00452EE9">
        <w:rPr>
          <w:b/>
          <w:sz w:val="28"/>
          <w:szCs w:val="28"/>
        </w:rPr>
        <w:t>c hi</w:t>
      </w:r>
      <w:r w:rsidRPr="00452EE9">
        <w:rPr>
          <w:b/>
          <w:sz w:val="28"/>
          <w:szCs w:val="28"/>
        </w:rPr>
        <w:t>ệ</w:t>
      </w:r>
      <w:r w:rsidRPr="00452EE9">
        <w:rPr>
          <w:b/>
          <w:sz w:val="28"/>
          <w:szCs w:val="28"/>
        </w:rPr>
        <w:t>n t</w:t>
      </w:r>
      <w:r w:rsidRPr="00452EE9">
        <w:rPr>
          <w:b/>
          <w:sz w:val="28"/>
          <w:szCs w:val="28"/>
        </w:rPr>
        <w:t>ổ</w:t>
      </w:r>
      <w:r w:rsidRPr="00452EE9">
        <w:rPr>
          <w:b/>
          <w:sz w:val="28"/>
          <w:szCs w:val="28"/>
        </w:rPr>
        <w:t>ng k</w:t>
      </w:r>
      <w:r w:rsidRPr="00452EE9">
        <w:rPr>
          <w:b/>
          <w:sz w:val="28"/>
          <w:szCs w:val="28"/>
        </w:rPr>
        <w:t>ế</w:t>
      </w:r>
      <w:r w:rsidRPr="00452EE9">
        <w:rPr>
          <w:b/>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Quá trình t</w:t>
      </w:r>
      <w:r w:rsidRPr="00452EE9">
        <w:rPr>
          <w:sz w:val="28"/>
          <w:szCs w:val="28"/>
        </w:rPr>
        <w:t>ổ</w:t>
      </w:r>
      <w:r w:rsidRPr="00452EE9">
        <w:rPr>
          <w:sz w:val="28"/>
          <w:szCs w:val="28"/>
        </w:rPr>
        <w:t>ng k</w:t>
      </w:r>
      <w:r w:rsidRPr="00452EE9">
        <w:rPr>
          <w:sz w:val="28"/>
          <w:szCs w:val="28"/>
        </w:rPr>
        <w:t>ế</w:t>
      </w:r>
      <w:r w:rsidRPr="00452EE9">
        <w:rPr>
          <w:sz w:val="28"/>
          <w:szCs w:val="28"/>
        </w:rPr>
        <w:t>t tình hình thi hành, đánh giá tác đ</w:t>
      </w:r>
      <w:r w:rsidRPr="00452EE9">
        <w:rPr>
          <w:sz w:val="28"/>
          <w:szCs w:val="28"/>
        </w:rPr>
        <w:t>ộ</w:t>
      </w:r>
      <w:r w:rsidRPr="00452EE9">
        <w:rPr>
          <w:sz w:val="28"/>
          <w:szCs w:val="28"/>
        </w:rPr>
        <w:t>ng pháp lý và xây d</w:t>
      </w:r>
      <w:r w:rsidRPr="00452EE9">
        <w:rPr>
          <w:sz w:val="28"/>
          <w:szCs w:val="28"/>
        </w:rPr>
        <w:t>ự</w:t>
      </w:r>
      <w:r w:rsidRPr="00452EE9">
        <w:rPr>
          <w:sz w:val="28"/>
          <w:szCs w:val="28"/>
        </w:rPr>
        <w:t>ng d</w:t>
      </w:r>
      <w:r w:rsidRPr="00452EE9">
        <w:rPr>
          <w:sz w:val="28"/>
          <w:szCs w:val="28"/>
        </w:rPr>
        <w:t>ự</w:t>
      </w:r>
      <w:r w:rsidRPr="00452EE9">
        <w:rPr>
          <w:sz w:val="28"/>
          <w:szCs w:val="28"/>
        </w:rPr>
        <w:t xml:space="preserve"> th</w:t>
      </w:r>
      <w:r w:rsidRPr="00452EE9">
        <w:rPr>
          <w:sz w:val="28"/>
          <w:szCs w:val="28"/>
        </w:rPr>
        <w:t>ả</w:t>
      </w:r>
      <w:r w:rsidRPr="00452EE9">
        <w:rPr>
          <w:sz w:val="28"/>
          <w:szCs w:val="28"/>
        </w:rPr>
        <w:t>o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bãi b</w:t>
      </w:r>
      <w:r w:rsidRPr="00452EE9">
        <w:rPr>
          <w:sz w:val="28"/>
          <w:szCs w:val="28"/>
        </w:rPr>
        <w:t>ỏ</w:t>
      </w:r>
      <w:r w:rsidRPr="00452EE9">
        <w:rPr>
          <w:sz w:val="28"/>
          <w:szCs w:val="28"/>
        </w:rPr>
        <w:t xml:space="preserve"> toàn b</w:t>
      </w:r>
      <w:r w:rsidRPr="00452EE9">
        <w:rPr>
          <w:sz w:val="28"/>
          <w:szCs w:val="28"/>
        </w:rPr>
        <w:t>ộ</w:t>
      </w:r>
      <w:r w:rsidRPr="00452EE9">
        <w:rPr>
          <w:sz w:val="28"/>
          <w:szCs w:val="28"/>
        </w:rPr>
        <w:t xml:space="preserve">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0E0453" w:rsidRPr="00452EE9">
        <w:rPr>
          <w:sz w:val="28"/>
          <w:szCs w:val="28"/>
        </w:rPr>
        <w:t>5</w:t>
      </w:r>
      <w:r w:rsidRPr="00452EE9">
        <w:rPr>
          <w:sz w:val="28"/>
          <w:szCs w:val="28"/>
        </w:rPr>
        <w:t>/2025/NQ-HĐND đư</w:t>
      </w:r>
      <w:r w:rsidRPr="00452EE9">
        <w:rPr>
          <w:sz w:val="28"/>
          <w:szCs w:val="28"/>
        </w:rPr>
        <w:t>ợ</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m</w:t>
      </w:r>
      <w:r w:rsidRPr="00452EE9">
        <w:rPr>
          <w:sz w:val="28"/>
          <w:szCs w:val="28"/>
        </w:rPr>
        <w:t>ộ</w:t>
      </w:r>
      <w:r w:rsidRPr="00452EE9">
        <w:rPr>
          <w:sz w:val="28"/>
          <w:szCs w:val="28"/>
        </w:rPr>
        <w:t>t cách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ch</w:t>
      </w:r>
      <w:r w:rsidRPr="00452EE9">
        <w:rPr>
          <w:sz w:val="28"/>
          <w:szCs w:val="28"/>
        </w:rPr>
        <w:t>ặ</w:t>
      </w:r>
      <w:r w:rsidRPr="00452EE9">
        <w:rPr>
          <w:sz w:val="28"/>
          <w:szCs w:val="28"/>
        </w:rPr>
        <w:t>t ch</w:t>
      </w:r>
      <w:r w:rsidRPr="00452EE9">
        <w:rPr>
          <w:sz w:val="28"/>
          <w:szCs w:val="28"/>
        </w:rPr>
        <w:t>ẽ</w:t>
      </w:r>
      <w:r w:rsidRPr="00452EE9">
        <w:rPr>
          <w:sz w:val="28"/>
          <w:szCs w:val="28"/>
        </w:rPr>
        <w:t xml:space="preserve"> và tuân th</w:t>
      </w:r>
      <w:r w:rsidRPr="00452EE9">
        <w:rPr>
          <w:sz w:val="28"/>
          <w:szCs w:val="28"/>
        </w:rPr>
        <w:t>ủ</w:t>
      </w:r>
      <w:r w:rsidRPr="00452EE9">
        <w:rPr>
          <w:sz w:val="28"/>
          <w:szCs w:val="28"/>
        </w:rPr>
        <w:t xml:space="preserve"> nghiêm ng</w:t>
      </w:r>
      <w:r w:rsidRPr="00452EE9">
        <w:rPr>
          <w:sz w:val="28"/>
          <w:szCs w:val="28"/>
        </w:rPr>
        <w:t>ặ</w:t>
      </w:r>
      <w:r w:rsidRPr="00452EE9">
        <w:rPr>
          <w:sz w:val="28"/>
          <w:szCs w:val="28"/>
        </w:rPr>
        <w:t>t quy</w:t>
      </w:r>
      <w:r w:rsidRPr="00452EE9">
        <w:rPr>
          <w:sz w:val="28"/>
          <w:szCs w:val="28"/>
        </w:rPr>
        <w:t xml:space="preserve"> trình quy đ</w:t>
      </w:r>
      <w:r w:rsidRPr="00452EE9">
        <w:rPr>
          <w:sz w:val="28"/>
          <w:szCs w:val="28"/>
        </w:rPr>
        <w:t>ị</w:t>
      </w:r>
      <w:r w:rsidRPr="00452EE9">
        <w:rPr>
          <w:sz w:val="28"/>
          <w:szCs w:val="28"/>
        </w:rPr>
        <w:t>nh c</w:t>
      </w:r>
      <w:r w:rsidRPr="00452EE9">
        <w:rPr>
          <w:sz w:val="28"/>
          <w:szCs w:val="28"/>
        </w:rPr>
        <w:t>ủ</w:t>
      </w:r>
      <w:r w:rsidRPr="00452EE9">
        <w:rPr>
          <w:sz w:val="28"/>
          <w:szCs w:val="28"/>
        </w:rPr>
        <w:t>a Lu</w:t>
      </w:r>
      <w:r w:rsidRPr="00452EE9">
        <w:rPr>
          <w:sz w:val="28"/>
          <w:szCs w:val="28"/>
        </w:rPr>
        <w:t>ậ</w:t>
      </w:r>
      <w:r w:rsidRPr="00452EE9">
        <w:rPr>
          <w:sz w:val="28"/>
          <w:szCs w:val="28"/>
        </w:rPr>
        <w:t>t Ban hành văn b</w:t>
      </w:r>
      <w:r w:rsidRPr="00452EE9">
        <w:rPr>
          <w:sz w:val="28"/>
          <w:szCs w:val="28"/>
        </w:rPr>
        <w:t>ả</w:t>
      </w:r>
      <w:r w:rsidRPr="00452EE9">
        <w:rPr>
          <w:sz w:val="28"/>
          <w:szCs w:val="28"/>
        </w:rPr>
        <w:t>n quy ph</w:t>
      </w:r>
      <w:r w:rsidRPr="00452EE9">
        <w:rPr>
          <w:sz w:val="28"/>
          <w:szCs w:val="28"/>
        </w:rPr>
        <w:t>ạ</w:t>
      </w:r>
      <w:r w:rsidRPr="00452EE9">
        <w:rPr>
          <w:sz w:val="28"/>
          <w:szCs w:val="28"/>
        </w:rPr>
        <w:t>m pháp lu</w:t>
      </w:r>
      <w:r w:rsidRPr="00452EE9">
        <w:rPr>
          <w:sz w:val="28"/>
          <w:szCs w:val="28"/>
        </w:rPr>
        <w:t>ậ</w:t>
      </w:r>
      <w:r w:rsidRPr="00452EE9">
        <w:rPr>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w:t>
      </w:r>
      <w:r w:rsidR="000E0453" w:rsidRPr="00452EE9">
        <w:rPr>
          <w:sz w:val="28"/>
          <w:szCs w:val="28"/>
        </w:rPr>
        <w:t xml:space="preserve">09 </w:t>
      </w:r>
      <w:r w:rsidRPr="00452EE9">
        <w:rPr>
          <w:sz w:val="28"/>
          <w:szCs w:val="28"/>
        </w:rPr>
        <w:t>tháng 4 năm 2026, S</w:t>
      </w:r>
      <w:r w:rsidRPr="00452EE9">
        <w:rPr>
          <w:sz w:val="28"/>
          <w:szCs w:val="28"/>
        </w:rPr>
        <w:t>ở</w:t>
      </w:r>
      <w:r w:rsidRPr="00452EE9">
        <w:rPr>
          <w:sz w:val="28"/>
          <w:szCs w:val="28"/>
        </w:rPr>
        <w:t xml:space="preserve"> </w:t>
      </w:r>
      <w:r w:rsidR="000E0453" w:rsidRPr="00452EE9">
        <w:rPr>
          <w:sz w:val="28"/>
          <w:szCs w:val="28"/>
        </w:rPr>
        <w:t>Tài chính</w:t>
      </w:r>
      <w:r w:rsidRPr="00452EE9">
        <w:rPr>
          <w:sz w:val="28"/>
          <w:szCs w:val="28"/>
        </w:rPr>
        <w:t xml:space="preserve"> có Công văn s</w:t>
      </w:r>
      <w:r w:rsidRPr="00452EE9">
        <w:rPr>
          <w:sz w:val="28"/>
          <w:szCs w:val="28"/>
        </w:rPr>
        <w:t>ố</w:t>
      </w:r>
      <w:r w:rsidRPr="00452EE9">
        <w:rPr>
          <w:sz w:val="28"/>
          <w:szCs w:val="28"/>
        </w:rPr>
        <w:t xml:space="preserve"> </w:t>
      </w:r>
      <w:r w:rsidR="000E0453" w:rsidRPr="00452EE9">
        <w:rPr>
          <w:sz w:val="28"/>
          <w:szCs w:val="28"/>
        </w:rPr>
        <w:t>8846/STC-HCSN</w:t>
      </w:r>
      <w:r w:rsidRPr="00452EE9">
        <w:rPr>
          <w:sz w:val="28"/>
          <w:szCs w:val="28"/>
        </w:rPr>
        <w:t xml:space="preserve"> </w:t>
      </w:r>
      <w:r w:rsidR="00474F82" w:rsidRPr="00452EE9">
        <w:rPr>
          <w:sz w:val="28"/>
          <w:szCs w:val="28"/>
        </w:rPr>
        <w:t>triển khai thực hiện Nghị định số 104/2026/NĐ-CP ngày 31 tháng 3 năm 2026 của Chính phủ.</w:t>
      </w:r>
    </w:p>
    <w:p w:rsidR="00474F82" w:rsidRPr="00452EE9" w:rsidRDefault="00474F82" w:rsidP="002B2996">
      <w:pPr>
        <w:spacing w:before="120" w:after="120" w:line="240" w:lineRule="auto"/>
        <w:ind w:firstLine="576"/>
        <w:jc w:val="both"/>
        <w:rPr>
          <w:sz w:val="28"/>
          <w:szCs w:val="28"/>
        </w:rPr>
      </w:pPr>
      <w:r w:rsidRPr="00452EE9">
        <w:rPr>
          <w:sz w:val="28"/>
          <w:szCs w:val="28"/>
        </w:rPr>
        <w:t>Ngày 11 tháng 8 năm 2026, Sở Tài chính có Tờ trình số 22557/TTr-STC trình Ủy ban nhân dân Thành phố về đăng ký xây dựng Nghị quyết bãi bỏ Nghị quyết số 25/2025/NQ-HĐND ngày 28 tháng 8 năm 2025 của Hội đồng nhân dân Thành phố Hồ Chí Minh 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 (gọi tắt là Nghị quyết).</w:t>
      </w:r>
    </w:p>
    <w:p w:rsidR="00F5479D" w:rsidRPr="00452EE9" w:rsidRDefault="00474F82" w:rsidP="002B2996">
      <w:pPr>
        <w:spacing w:before="120" w:after="120" w:line="240" w:lineRule="auto"/>
        <w:ind w:firstLine="576"/>
        <w:jc w:val="both"/>
        <w:rPr>
          <w:sz w:val="28"/>
          <w:szCs w:val="28"/>
        </w:rPr>
      </w:pPr>
      <w:r w:rsidRPr="00452EE9">
        <w:rPr>
          <w:sz w:val="28"/>
          <w:szCs w:val="28"/>
        </w:rPr>
        <w:t>Ngày 19 tháng 8 năm 2026, Ủy ban nhân dân Thành phố có Tờ trình số 1077/TTr-UBND trình Thường trực Hội đồng nhân dân Thành phố về đăng ký xây dựng Nghị quyết.</w:t>
      </w:r>
    </w:p>
    <w:p w:rsidR="00474F82" w:rsidRPr="00452EE9" w:rsidRDefault="00474F82" w:rsidP="002B2996">
      <w:pPr>
        <w:spacing w:before="120" w:after="120" w:line="240" w:lineRule="auto"/>
        <w:ind w:firstLine="576"/>
        <w:jc w:val="both"/>
        <w:rPr>
          <w:sz w:val="28"/>
          <w:szCs w:val="28"/>
        </w:rPr>
      </w:pPr>
      <w:r w:rsidRPr="00452EE9">
        <w:rPr>
          <w:sz w:val="28"/>
          <w:szCs w:val="28"/>
        </w:rPr>
        <w:t xml:space="preserve">Ngày 09 tháng 9 năm 2026, Sở Tài chính có Công văn số 25895/STC-HCSN đề nghị Ủy ban Mặt trận Tổ quốc Việt Nam Thành phố, các Sở, ban - </w:t>
      </w:r>
      <w:r w:rsidRPr="00452EE9">
        <w:rPr>
          <w:sz w:val="28"/>
          <w:szCs w:val="28"/>
        </w:rPr>
        <w:lastRenderedPageBreak/>
        <w:t>ngành Thành phố, Ủy ban nhân dân các xã, phường, đặc khu tham gia ý kiến đối với hồ sơ dự thảo Nghị quyết bãi bỏ Nghị quyết số 25/2025/NQ-HĐND ngày 28 tháng 8 năm 2025 của Hội đồng nhân dân Thành phố. Đồng thời, Sở Tài chính đã đăng tải hồ sơ dự thảo Nghị quyết trên trang thông tin điện tử của Sở.</w:t>
      </w:r>
    </w:p>
    <w:p w:rsidR="00F5479D" w:rsidRPr="00452EE9" w:rsidRDefault="00292BC3" w:rsidP="002B2996">
      <w:pPr>
        <w:spacing w:before="120" w:after="120" w:line="240" w:lineRule="auto"/>
        <w:rPr>
          <w:sz w:val="28"/>
          <w:szCs w:val="28"/>
        </w:rPr>
      </w:pPr>
      <w:r w:rsidRPr="00452EE9">
        <w:rPr>
          <w:b/>
          <w:sz w:val="28"/>
          <w:szCs w:val="28"/>
        </w:rPr>
        <w:t>II.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w:t>
      </w:r>
      <w:r w:rsidRPr="00452EE9">
        <w:rPr>
          <w:b/>
          <w:sz w:val="28"/>
          <w:szCs w:val="28"/>
        </w:rPr>
        <w:t>Ự</w:t>
      </w:r>
      <w:r w:rsidRPr="00452EE9">
        <w:rPr>
          <w:b/>
          <w:sz w:val="28"/>
          <w:szCs w:val="28"/>
        </w:rPr>
        <w:t>C HI</w:t>
      </w:r>
      <w:r w:rsidRPr="00452EE9">
        <w:rPr>
          <w:b/>
          <w:sz w:val="28"/>
          <w:szCs w:val="28"/>
        </w:rPr>
        <w:t>Ệ</w:t>
      </w:r>
      <w:r w:rsidRPr="00452EE9">
        <w:rPr>
          <w:b/>
          <w:sz w:val="28"/>
          <w:szCs w:val="28"/>
        </w:rPr>
        <w:t>N</w:t>
      </w:r>
    </w:p>
    <w:p w:rsidR="00F5479D" w:rsidRPr="00452EE9" w:rsidRDefault="00292BC3" w:rsidP="002B2996">
      <w:pPr>
        <w:spacing w:before="120" w:after="120" w:line="240" w:lineRule="auto"/>
        <w:rPr>
          <w:sz w:val="28"/>
          <w:szCs w:val="28"/>
        </w:rPr>
      </w:pPr>
      <w:r w:rsidRPr="00452EE9">
        <w:rPr>
          <w:b/>
          <w:sz w:val="28"/>
          <w:szCs w:val="28"/>
        </w:rPr>
        <w:t>1. Công tác ch</w:t>
      </w:r>
      <w:r w:rsidRPr="00452EE9">
        <w:rPr>
          <w:b/>
          <w:sz w:val="28"/>
          <w:szCs w:val="28"/>
        </w:rPr>
        <w:t>ỉ</w:t>
      </w:r>
      <w:r w:rsidRPr="00452EE9">
        <w:rPr>
          <w:b/>
          <w:sz w:val="28"/>
          <w:szCs w:val="28"/>
        </w:rPr>
        <w:t xml:space="preserve"> đ</w:t>
      </w:r>
      <w:r w:rsidRPr="00452EE9">
        <w:rPr>
          <w:b/>
          <w:sz w:val="28"/>
          <w:szCs w:val="28"/>
        </w:rPr>
        <w:t>ạ</w:t>
      </w:r>
      <w:r w:rsidRPr="00452EE9">
        <w:rPr>
          <w:b/>
          <w:sz w:val="28"/>
          <w:szCs w:val="28"/>
        </w:rPr>
        <w:t>o, tri</w:t>
      </w:r>
      <w:r w:rsidRPr="00452EE9">
        <w:rPr>
          <w:b/>
          <w:sz w:val="28"/>
          <w:szCs w:val="28"/>
        </w:rPr>
        <w:t>ể</w:t>
      </w:r>
      <w:r w:rsidRPr="00452EE9">
        <w:rPr>
          <w:b/>
          <w:sz w:val="28"/>
          <w:szCs w:val="28"/>
        </w:rPr>
        <w:t>n khai và t</w:t>
      </w:r>
      <w:r w:rsidRPr="00452EE9">
        <w:rPr>
          <w:b/>
          <w:sz w:val="28"/>
          <w:szCs w:val="28"/>
        </w:rPr>
        <w:t>ổ</w:t>
      </w:r>
      <w:r w:rsidRPr="00452EE9">
        <w:rPr>
          <w:b/>
          <w:sz w:val="28"/>
          <w:szCs w:val="28"/>
        </w:rPr>
        <w:t xml:space="preserve"> ch</w:t>
      </w:r>
      <w:r w:rsidRPr="00452EE9">
        <w:rPr>
          <w:b/>
          <w:sz w:val="28"/>
          <w:szCs w:val="28"/>
        </w:rPr>
        <w:t>ứ</w:t>
      </w:r>
      <w:r w:rsidRPr="00452EE9">
        <w:rPr>
          <w:b/>
          <w:sz w:val="28"/>
          <w:szCs w:val="28"/>
        </w:rPr>
        <w:t>c thi hành văn b</w:t>
      </w:r>
      <w:r w:rsidRPr="00452EE9">
        <w:rPr>
          <w:b/>
          <w:sz w:val="28"/>
          <w:szCs w:val="28"/>
        </w:rPr>
        <w:t>ả</w:t>
      </w:r>
      <w:r w:rsidRPr="00452EE9">
        <w:rPr>
          <w:b/>
          <w:sz w:val="28"/>
          <w:szCs w:val="28"/>
        </w:rPr>
        <w:t>n quy ph</w:t>
      </w:r>
      <w:r w:rsidRPr="00452EE9">
        <w:rPr>
          <w:b/>
          <w:sz w:val="28"/>
          <w:szCs w:val="28"/>
        </w:rPr>
        <w:t>ạ</w:t>
      </w:r>
      <w:r w:rsidRPr="00452EE9">
        <w:rPr>
          <w:b/>
          <w:sz w:val="28"/>
          <w:szCs w:val="28"/>
        </w:rPr>
        <w:t xml:space="preserve">m pháp </w:t>
      </w:r>
      <w:r w:rsidRPr="00452EE9">
        <w:rPr>
          <w:b/>
          <w:sz w:val="28"/>
          <w:szCs w:val="28"/>
        </w:rPr>
        <w:t>lu</w:t>
      </w:r>
      <w:r w:rsidRPr="00452EE9">
        <w:rPr>
          <w:b/>
          <w:sz w:val="28"/>
          <w:szCs w:val="28"/>
        </w:rPr>
        <w:t>ậ</w:t>
      </w:r>
      <w:r w:rsidRPr="00452EE9">
        <w:rPr>
          <w:b/>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Ngày 28 tháng 8 năm 2025,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ban hành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 xml:space="preserve">/2025/NQ-HĐND </w:t>
      </w:r>
      <w:r w:rsidR="00474F82" w:rsidRPr="00452EE9">
        <w:rPr>
          <w:sz w:val="28"/>
          <w:szCs w:val="28"/>
        </w:rPr>
        <w:t>quy định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452EE9">
        <w:rPr>
          <w:sz w:val="28"/>
          <w:szCs w:val="28"/>
        </w:rPr>
        <w:t>.</w:t>
      </w:r>
      <w:r w:rsidR="00603D57" w:rsidRPr="00452EE9">
        <w:rPr>
          <w:sz w:val="28"/>
          <w:szCs w:val="28"/>
        </w:rPr>
        <w:t xml:space="preserve"> Trong đó quy định tại Điều 3 như sau:</w:t>
      </w:r>
    </w:p>
    <w:p w:rsidR="00603D57" w:rsidRPr="00452EE9" w:rsidRDefault="00603D57" w:rsidP="002B2996">
      <w:pPr>
        <w:spacing w:before="120" w:after="120" w:line="240" w:lineRule="auto"/>
        <w:ind w:firstLine="576"/>
        <w:jc w:val="both"/>
        <w:rPr>
          <w:i/>
          <w:sz w:val="28"/>
          <w:szCs w:val="28"/>
        </w:rPr>
      </w:pPr>
      <w:r w:rsidRPr="00452EE9">
        <w:rPr>
          <w:i/>
          <w:sz w:val="28"/>
          <w:szCs w:val="28"/>
        </w:rPr>
        <w:t>“</w:t>
      </w:r>
      <w:r w:rsidRPr="00452EE9">
        <w:rPr>
          <w:i/>
          <w:sz w:val="28"/>
          <w:szCs w:val="28"/>
        </w:rPr>
        <w:t>1. Thủ trưởng các cơ quan, đơn vị là đơn vị dự toán cấp I thuộc cấp Thành phố, Chủ tịch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từ 500 triệu đồng trở lên phục vụ hoạt động của cơ quan, đơn vị mình và các đơn vị dự toán ngân sách trực thuộc.</w:t>
      </w:r>
    </w:p>
    <w:p w:rsidR="00603D57" w:rsidRPr="00452EE9" w:rsidRDefault="00603D57" w:rsidP="002B2996">
      <w:pPr>
        <w:spacing w:before="120" w:after="120" w:line="240" w:lineRule="auto"/>
        <w:ind w:firstLine="576"/>
        <w:jc w:val="both"/>
        <w:rPr>
          <w:sz w:val="28"/>
          <w:szCs w:val="28"/>
        </w:rPr>
      </w:pPr>
      <w:r w:rsidRPr="00452EE9">
        <w:rPr>
          <w:i/>
          <w:sz w:val="28"/>
          <w:szCs w:val="28"/>
        </w:rPr>
        <w:t>2. Thủ trưởng các đơn vị dự toán ngân sách trực thuộc đơn vị dự toán cấp I thuộc cấp Thành phố; Thủ trưởng các đơn vị dự toán ngân sách trực thuộc Ủy ban nhân dân các xã, phường, đặc khu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có giá trị dưới 500 triệu đồng phục vụ hoạt động của đơn vị mình</w:t>
      </w:r>
      <w:r w:rsidRPr="00452EE9">
        <w:rPr>
          <w:i/>
          <w:sz w:val="28"/>
          <w:szCs w:val="28"/>
        </w:rPr>
        <w:t>”</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 xml:space="preserve">Ngày </w:t>
      </w:r>
      <w:r w:rsidR="00474F82" w:rsidRPr="00452EE9">
        <w:rPr>
          <w:sz w:val="28"/>
          <w:szCs w:val="28"/>
        </w:rPr>
        <w:t>08</w:t>
      </w:r>
      <w:r w:rsidRPr="00452EE9">
        <w:rPr>
          <w:sz w:val="28"/>
          <w:szCs w:val="28"/>
        </w:rPr>
        <w:t xml:space="preserve"> tháng 9 năm 2025, </w:t>
      </w:r>
      <w:r w:rsidRPr="00452EE9">
        <w:rPr>
          <w:sz w:val="28"/>
          <w:szCs w:val="28"/>
        </w:rPr>
        <w:t>Ủ</w:t>
      </w:r>
      <w:r w:rsidRPr="00452EE9">
        <w:rPr>
          <w:sz w:val="28"/>
          <w:szCs w:val="28"/>
        </w:rPr>
        <w:t>y ban nhân dân Thành ph</w:t>
      </w:r>
      <w:r w:rsidRPr="00452EE9">
        <w:rPr>
          <w:sz w:val="28"/>
          <w:szCs w:val="28"/>
        </w:rPr>
        <w:t>ố</w:t>
      </w:r>
      <w:r w:rsidRPr="00452EE9">
        <w:rPr>
          <w:sz w:val="28"/>
          <w:szCs w:val="28"/>
        </w:rPr>
        <w:t xml:space="preserve"> ban hành Công văn s</w:t>
      </w:r>
      <w:r w:rsidRPr="00452EE9">
        <w:rPr>
          <w:sz w:val="28"/>
          <w:szCs w:val="28"/>
        </w:rPr>
        <w:t>ố</w:t>
      </w:r>
      <w:r w:rsidRPr="00452EE9">
        <w:rPr>
          <w:sz w:val="28"/>
          <w:szCs w:val="28"/>
        </w:rPr>
        <w:t xml:space="preserve"> </w:t>
      </w:r>
      <w:r w:rsidR="00474F82" w:rsidRPr="00452EE9">
        <w:rPr>
          <w:sz w:val="28"/>
          <w:szCs w:val="28"/>
        </w:rPr>
        <w:t xml:space="preserve">1625/UBND-KT </w:t>
      </w:r>
      <w:r w:rsidRPr="00452EE9">
        <w:rPr>
          <w:sz w:val="28"/>
          <w:szCs w:val="28"/>
        </w:rPr>
        <w:t>v</w:t>
      </w:r>
      <w:r w:rsidRPr="00452EE9">
        <w:rPr>
          <w:sz w:val="28"/>
          <w:szCs w:val="28"/>
        </w:rPr>
        <w:t>ề</w:t>
      </w:r>
      <w:r w:rsidRPr="00452EE9">
        <w:rPr>
          <w:sz w:val="28"/>
          <w:szCs w:val="28"/>
        </w:rPr>
        <w:t xml:space="preserve"> vi</w:t>
      </w:r>
      <w:r w:rsidRPr="00452EE9">
        <w:rPr>
          <w:sz w:val="28"/>
          <w:szCs w:val="28"/>
        </w:rPr>
        <w:t>ệ</w:t>
      </w:r>
      <w:r w:rsidRPr="00452EE9">
        <w:rPr>
          <w:sz w:val="28"/>
          <w:szCs w:val="28"/>
        </w:rPr>
        <w:t>c tri</w:t>
      </w:r>
      <w:r w:rsidRPr="00452EE9">
        <w:rPr>
          <w:sz w:val="28"/>
          <w:szCs w:val="28"/>
        </w:rPr>
        <w:t>ể</w:t>
      </w:r>
      <w:r w:rsidRPr="00452EE9">
        <w:rPr>
          <w:sz w:val="28"/>
          <w:szCs w:val="28"/>
        </w:rPr>
        <w:t>n khai th</w:t>
      </w:r>
      <w:r w:rsidRPr="00452EE9">
        <w:rPr>
          <w:sz w:val="28"/>
          <w:szCs w:val="28"/>
        </w:rPr>
        <w:t>ự</w:t>
      </w:r>
      <w:r w:rsidRPr="00452EE9">
        <w:rPr>
          <w:sz w:val="28"/>
          <w:szCs w:val="28"/>
        </w:rPr>
        <w:t>c hi</w:t>
      </w:r>
      <w:r w:rsidRPr="00452EE9">
        <w:rPr>
          <w:sz w:val="28"/>
          <w:szCs w:val="28"/>
        </w:rPr>
        <w:t>ệ</w:t>
      </w:r>
      <w:r w:rsidRPr="00452EE9">
        <w:rPr>
          <w:sz w:val="28"/>
          <w:szCs w:val="28"/>
        </w:rPr>
        <w:t>n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 xml:space="preserve">ng nhân dân </w:t>
      </w:r>
      <w:r w:rsidRPr="00452EE9">
        <w:rPr>
          <w:sz w:val="28"/>
          <w:szCs w:val="28"/>
        </w:rPr>
        <w:t>Thành ph</w:t>
      </w:r>
      <w:r w:rsidRPr="00452EE9">
        <w:rPr>
          <w:sz w:val="28"/>
          <w:szCs w:val="28"/>
        </w:rPr>
        <w:t>ố</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Ngày 1</w:t>
      </w:r>
      <w:r w:rsidR="00474F82" w:rsidRPr="00452EE9">
        <w:rPr>
          <w:sz w:val="28"/>
          <w:szCs w:val="28"/>
        </w:rPr>
        <w:t>9</w:t>
      </w:r>
      <w:r w:rsidRPr="00452EE9">
        <w:rPr>
          <w:sz w:val="28"/>
          <w:szCs w:val="28"/>
        </w:rPr>
        <w:t xml:space="preserve"> tháng 9 năm 2025, S</w:t>
      </w:r>
      <w:r w:rsidRPr="00452EE9">
        <w:rPr>
          <w:sz w:val="28"/>
          <w:szCs w:val="28"/>
        </w:rPr>
        <w:t>ở</w:t>
      </w:r>
      <w:r w:rsidRPr="00452EE9">
        <w:rPr>
          <w:sz w:val="28"/>
          <w:szCs w:val="28"/>
        </w:rPr>
        <w:t xml:space="preserve"> </w:t>
      </w:r>
      <w:r w:rsidR="00474F82" w:rsidRPr="00452EE9">
        <w:rPr>
          <w:sz w:val="28"/>
          <w:szCs w:val="28"/>
        </w:rPr>
        <w:t>Tài chính</w:t>
      </w:r>
      <w:r w:rsidRPr="00452EE9">
        <w:rPr>
          <w:sz w:val="28"/>
          <w:szCs w:val="28"/>
        </w:rPr>
        <w:t xml:space="preserve"> </w:t>
      </w:r>
      <w:r w:rsidRPr="00452EE9">
        <w:rPr>
          <w:sz w:val="28"/>
          <w:szCs w:val="28"/>
        </w:rPr>
        <w:t>có Công văn s</w:t>
      </w:r>
      <w:r w:rsidRPr="00452EE9">
        <w:rPr>
          <w:sz w:val="28"/>
          <w:szCs w:val="28"/>
        </w:rPr>
        <w:t>ố</w:t>
      </w:r>
      <w:r w:rsidRPr="00452EE9">
        <w:rPr>
          <w:sz w:val="28"/>
          <w:szCs w:val="28"/>
        </w:rPr>
        <w:t xml:space="preserve"> </w:t>
      </w:r>
      <w:r w:rsidR="00603D57" w:rsidRPr="00452EE9">
        <w:rPr>
          <w:sz w:val="28"/>
          <w:szCs w:val="28"/>
        </w:rPr>
        <w:t>6627/STC-HCSN</w:t>
      </w:r>
      <w:r w:rsidRPr="00452EE9">
        <w:rPr>
          <w:sz w:val="28"/>
          <w:szCs w:val="28"/>
        </w:rPr>
        <w:t xml:space="preserve">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474F82" w:rsidRPr="00452EE9">
        <w:rPr>
          <w:sz w:val="28"/>
          <w:szCs w:val="28"/>
        </w:rPr>
        <w:t>5</w:t>
      </w:r>
      <w:r w:rsidRPr="00452EE9">
        <w:rPr>
          <w:sz w:val="28"/>
          <w:szCs w:val="28"/>
        </w:rPr>
        <w:t>/2025/NQ-HĐND ngày 28 tháng 8 năm 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xml:space="preserve"> đ</w:t>
      </w:r>
      <w:r w:rsidRPr="00452EE9">
        <w:rPr>
          <w:sz w:val="28"/>
          <w:szCs w:val="28"/>
        </w:rPr>
        <w:t>ế</w:t>
      </w:r>
      <w:r w:rsidRPr="00452EE9">
        <w:rPr>
          <w:sz w:val="28"/>
          <w:szCs w:val="28"/>
        </w:rPr>
        <w:t xml:space="preserve">n </w:t>
      </w:r>
      <w:r w:rsidR="00474F82" w:rsidRPr="00452EE9">
        <w:rPr>
          <w:sz w:val="28"/>
          <w:szCs w:val="28"/>
        </w:rPr>
        <w:t xml:space="preserve">các </w:t>
      </w:r>
      <w:r w:rsidRPr="00452EE9">
        <w:rPr>
          <w:sz w:val="28"/>
          <w:szCs w:val="28"/>
        </w:rPr>
        <w:t>S</w:t>
      </w:r>
      <w:r w:rsidRPr="00452EE9">
        <w:rPr>
          <w:sz w:val="28"/>
          <w:szCs w:val="28"/>
        </w:rPr>
        <w:t>ở</w:t>
      </w:r>
      <w:r w:rsidRPr="00452EE9">
        <w:rPr>
          <w:sz w:val="28"/>
          <w:szCs w:val="28"/>
        </w:rPr>
        <w:t>, ngành</w:t>
      </w:r>
      <w:r w:rsidR="00474F82" w:rsidRPr="00452EE9">
        <w:rPr>
          <w:sz w:val="28"/>
          <w:szCs w:val="28"/>
        </w:rPr>
        <w:t xml:space="preserve"> Thành phố</w:t>
      </w:r>
      <w:r w:rsidR="00603D57" w:rsidRPr="00452EE9">
        <w:rPr>
          <w:sz w:val="28"/>
          <w:szCs w:val="28"/>
        </w:rPr>
        <w:t xml:space="preserve"> và</w:t>
      </w:r>
      <w:r w:rsidR="00474F82" w:rsidRPr="00452EE9">
        <w:rPr>
          <w:sz w:val="28"/>
          <w:szCs w:val="28"/>
        </w:rPr>
        <w:t xml:space="preserve"> </w:t>
      </w:r>
      <w:r w:rsidRPr="00452EE9">
        <w:rPr>
          <w:sz w:val="28"/>
          <w:szCs w:val="28"/>
        </w:rPr>
        <w:t>Ủ</w:t>
      </w:r>
      <w:r w:rsidRPr="00452EE9">
        <w:rPr>
          <w:sz w:val="28"/>
          <w:szCs w:val="28"/>
        </w:rPr>
        <w:t xml:space="preserve">y ban nhân dân </w:t>
      </w:r>
      <w:r w:rsidR="00474F82" w:rsidRPr="00452EE9">
        <w:rPr>
          <w:sz w:val="28"/>
          <w:szCs w:val="28"/>
        </w:rPr>
        <w:t xml:space="preserve">các </w:t>
      </w:r>
      <w:r w:rsidRPr="00452EE9">
        <w:rPr>
          <w:sz w:val="28"/>
          <w:szCs w:val="28"/>
        </w:rPr>
        <w:t>phư</w:t>
      </w:r>
      <w:r w:rsidRPr="00452EE9">
        <w:rPr>
          <w:sz w:val="28"/>
          <w:szCs w:val="28"/>
        </w:rPr>
        <w:t>ờ</w:t>
      </w:r>
      <w:r w:rsidRPr="00452EE9">
        <w:rPr>
          <w:sz w:val="28"/>
          <w:szCs w:val="28"/>
        </w:rPr>
        <w:t>ng</w:t>
      </w:r>
      <w:r w:rsidRPr="00452EE9">
        <w:rPr>
          <w:sz w:val="28"/>
          <w:szCs w:val="28"/>
        </w:rPr>
        <w:t>, xã, đ</w:t>
      </w:r>
      <w:r w:rsidRPr="00452EE9">
        <w:rPr>
          <w:sz w:val="28"/>
          <w:szCs w:val="28"/>
        </w:rPr>
        <w:t>ặ</w:t>
      </w:r>
      <w:r w:rsidRPr="00452EE9">
        <w:rPr>
          <w:sz w:val="28"/>
          <w:szCs w:val="28"/>
        </w:rPr>
        <w:t>c khu</w:t>
      </w:r>
      <w:r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2.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w:t>
      </w:r>
      <w:r w:rsidRPr="00452EE9">
        <w:rPr>
          <w:b/>
          <w:sz w:val="28"/>
          <w:szCs w:val="28"/>
        </w:rPr>
        <w:t>ự</w:t>
      </w:r>
      <w:r w:rsidRPr="00452EE9">
        <w:rPr>
          <w:b/>
          <w:sz w:val="28"/>
          <w:szCs w:val="28"/>
        </w:rPr>
        <w:t>c hi</w:t>
      </w:r>
      <w:r w:rsidRPr="00452EE9">
        <w:rPr>
          <w:b/>
          <w:sz w:val="28"/>
          <w:szCs w:val="28"/>
        </w:rPr>
        <w:t>ệ</w:t>
      </w:r>
      <w:r w:rsidRPr="00452EE9">
        <w:rPr>
          <w:b/>
          <w:sz w:val="28"/>
          <w:szCs w:val="28"/>
        </w:rPr>
        <w:t>n Ngh</w:t>
      </w:r>
      <w:r w:rsidRPr="00452EE9">
        <w:rPr>
          <w:b/>
          <w:sz w:val="28"/>
          <w:szCs w:val="28"/>
        </w:rPr>
        <w:t>ị</w:t>
      </w:r>
      <w:r w:rsidRPr="00452EE9">
        <w:rPr>
          <w:b/>
          <w:sz w:val="28"/>
          <w:szCs w:val="28"/>
        </w:rPr>
        <w:t xml:space="preserve"> quy</w:t>
      </w:r>
      <w:r w:rsidRPr="00452EE9">
        <w:rPr>
          <w:b/>
          <w:sz w:val="28"/>
          <w:szCs w:val="28"/>
        </w:rPr>
        <w:t>ế</w:t>
      </w:r>
      <w:r w:rsidRPr="00452EE9">
        <w:rPr>
          <w:b/>
          <w:sz w:val="28"/>
          <w:szCs w:val="28"/>
        </w:rPr>
        <w:t>t s</w:t>
      </w:r>
      <w:r w:rsidRPr="00452EE9">
        <w:rPr>
          <w:b/>
          <w:sz w:val="28"/>
          <w:szCs w:val="28"/>
        </w:rPr>
        <w:t>ố</w:t>
      </w:r>
      <w:r w:rsidRPr="00452EE9">
        <w:rPr>
          <w:b/>
          <w:sz w:val="28"/>
          <w:szCs w:val="28"/>
        </w:rPr>
        <w:t xml:space="preserve"> 2</w:t>
      </w:r>
      <w:r w:rsidR="00474F82" w:rsidRPr="00452EE9">
        <w:rPr>
          <w:b/>
          <w:sz w:val="28"/>
          <w:szCs w:val="28"/>
        </w:rPr>
        <w:t>5</w:t>
      </w:r>
      <w:r w:rsidRPr="00452EE9">
        <w:rPr>
          <w:b/>
          <w:sz w:val="28"/>
          <w:szCs w:val="28"/>
        </w:rPr>
        <w:t>/2025/NQ-</w:t>
      </w:r>
      <w:r w:rsidRPr="00452EE9">
        <w:rPr>
          <w:b/>
          <w:sz w:val="28"/>
          <w:szCs w:val="28"/>
        </w:rPr>
        <w:t>HĐND c</w:t>
      </w:r>
      <w:r w:rsidRPr="00452EE9">
        <w:rPr>
          <w:b/>
          <w:sz w:val="28"/>
          <w:szCs w:val="28"/>
        </w:rPr>
        <w:t>ủ</w:t>
      </w:r>
      <w:r w:rsidRPr="00452EE9">
        <w:rPr>
          <w:b/>
          <w:sz w:val="28"/>
          <w:szCs w:val="28"/>
        </w:rPr>
        <w:t>a H</w:t>
      </w:r>
      <w:r w:rsidRPr="00452EE9">
        <w:rPr>
          <w:b/>
          <w:sz w:val="28"/>
          <w:szCs w:val="28"/>
        </w:rPr>
        <w:t>ộ</w:t>
      </w:r>
      <w:r w:rsidRPr="00452EE9">
        <w:rPr>
          <w:b/>
          <w:sz w:val="28"/>
          <w:szCs w:val="28"/>
        </w:rPr>
        <w:t>i đ</w:t>
      </w:r>
      <w:r w:rsidRPr="00452EE9">
        <w:rPr>
          <w:b/>
          <w:sz w:val="28"/>
          <w:szCs w:val="28"/>
        </w:rPr>
        <w:t>ồ</w:t>
      </w:r>
      <w:r w:rsidRPr="00452EE9">
        <w:rPr>
          <w:b/>
          <w:sz w:val="28"/>
          <w:szCs w:val="28"/>
        </w:rPr>
        <w:t>ng nhân dân Thành ph</w:t>
      </w:r>
      <w:r w:rsidRPr="00452EE9">
        <w:rPr>
          <w:b/>
          <w:sz w:val="28"/>
          <w:szCs w:val="28"/>
        </w:rPr>
        <w:t>ố</w:t>
      </w:r>
      <w:r w:rsidRPr="00452EE9">
        <w:rPr>
          <w:b/>
          <w:sz w:val="28"/>
          <w:szCs w:val="28"/>
        </w:rPr>
        <w:t xml:space="preserve"> đ</w:t>
      </w:r>
      <w:r w:rsidRPr="00452EE9">
        <w:rPr>
          <w:b/>
          <w:sz w:val="28"/>
          <w:szCs w:val="28"/>
        </w:rPr>
        <w:t>ế</w:t>
      </w:r>
      <w:r w:rsidRPr="00452EE9">
        <w:rPr>
          <w:b/>
          <w:sz w:val="28"/>
          <w:szCs w:val="28"/>
        </w:rPr>
        <w:t>n nay</w:t>
      </w:r>
    </w:p>
    <w:p w:rsidR="00F5479D" w:rsidRPr="00452EE9" w:rsidRDefault="00292BC3" w:rsidP="002B2996">
      <w:pPr>
        <w:spacing w:before="120" w:after="120" w:line="240" w:lineRule="auto"/>
        <w:ind w:firstLine="576"/>
        <w:jc w:val="both"/>
        <w:rPr>
          <w:sz w:val="28"/>
          <w:szCs w:val="28"/>
        </w:rPr>
      </w:pPr>
      <w:r w:rsidRPr="00452EE9">
        <w:rPr>
          <w:sz w:val="28"/>
          <w:szCs w:val="28"/>
        </w:rPr>
        <w:t>S</w:t>
      </w:r>
      <w:r w:rsidRPr="00452EE9">
        <w:rPr>
          <w:sz w:val="28"/>
          <w:szCs w:val="28"/>
        </w:rPr>
        <w:t>ở</w:t>
      </w:r>
      <w:r w:rsidRPr="00452EE9">
        <w:rPr>
          <w:sz w:val="28"/>
          <w:szCs w:val="28"/>
        </w:rPr>
        <w:t xml:space="preserve"> </w:t>
      </w:r>
      <w:r w:rsidR="00474F82" w:rsidRPr="00452EE9">
        <w:rPr>
          <w:sz w:val="28"/>
          <w:szCs w:val="28"/>
        </w:rPr>
        <w:t>Tài chính</w:t>
      </w:r>
      <w:r w:rsidRPr="00452EE9">
        <w:rPr>
          <w:sz w:val="28"/>
          <w:szCs w:val="28"/>
        </w:rPr>
        <w:t xml:space="preserve"> đã có Công văn s</w:t>
      </w:r>
      <w:r w:rsidRPr="00452EE9">
        <w:rPr>
          <w:sz w:val="28"/>
          <w:szCs w:val="28"/>
        </w:rPr>
        <w:t>ố</w:t>
      </w:r>
      <w:r w:rsidRPr="00452EE9">
        <w:rPr>
          <w:sz w:val="28"/>
          <w:szCs w:val="28"/>
        </w:rPr>
        <w:t xml:space="preserve"> </w:t>
      </w:r>
      <w:r w:rsidR="00603D57" w:rsidRPr="00452EE9">
        <w:rPr>
          <w:sz w:val="28"/>
          <w:szCs w:val="28"/>
        </w:rPr>
        <w:t xml:space="preserve">6627/STC-HCSN </w:t>
      </w:r>
      <w:r w:rsidRPr="00452EE9">
        <w:rPr>
          <w:sz w:val="28"/>
          <w:szCs w:val="28"/>
        </w:rPr>
        <w:t>ngày 1</w:t>
      </w:r>
      <w:r w:rsidR="00603D57" w:rsidRPr="00452EE9">
        <w:rPr>
          <w:sz w:val="28"/>
          <w:szCs w:val="28"/>
        </w:rPr>
        <w:t>9</w:t>
      </w:r>
      <w:r w:rsidRPr="00452EE9">
        <w:rPr>
          <w:sz w:val="28"/>
          <w:szCs w:val="28"/>
        </w:rPr>
        <w:t xml:space="preserve"> tháng 9 năm 2025 v</w:t>
      </w:r>
      <w:r w:rsidRPr="00452EE9">
        <w:rPr>
          <w:sz w:val="28"/>
          <w:szCs w:val="28"/>
        </w:rPr>
        <w:t>ề</w:t>
      </w:r>
      <w:r w:rsidRPr="00452EE9">
        <w:rPr>
          <w:sz w:val="28"/>
          <w:szCs w:val="28"/>
        </w:rPr>
        <w:t xml:space="preserve">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 xml:space="preserve">/2025/NQ-HĐND ngày 28 tháng 8 năm </w:t>
      </w:r>
      <w:r w:rsidRPr="00452EE9">
        <w:rPr>
          <w:sz w:val="28"/>
          <w:szCs w:val="28"/>
        </w:rPr>
        <w:lastRenderedPageBreak/>
        <w:t>2025 c</w:t>
      </w:r>
      <w:r w:rsidRPr="00452EE9">
        <w:rPr>
          <w:sz w:val="28"/>
          <w:szCs w:val="28"/>
        </w:rPr>
        <w:t>ủ</w:t>
      </w:r>
      <w:r w:rsidRPr="00452EE9">
        <w:rPr>
          <w:sz w:val="28"/>
          <w:szCs w:val="28"/>
        </w:rPr>
        <w:t>a H</w:t>
      </w:r>
      <w:r w:rsidRPr="00452EE9">
        <w:rPr>
          <w:sz w:val="28"/>
          <w:szCs w:val="28"/>
        </w:rPr>
        <w:t>ộ</w:t>
      </w:r>
      <w:r w:rsidRPr="00452EE9">
        <w:rPr>
          <w:sz w:val="28"/>
          <w:szCs w:val="28"/>
        </w:rPr>
        <w:t>i đ</w:t>
      </w:r>
      <w:r w:rsidRPr="00452EE9">
        <w:rPr>
          <w:sz w:val="28"/>
          <w:szCs w:val="28"/>
        </w:rPr>
        <w:t>ồ</w:t>
      </w:r>
      <w:r w:rsidRPr="00452EE9">
        <w:rPr>
          <w:sz w:val="28"/>
          <w:szCs w:val="28"/>
        </w:rPr>
        <w:t>ng nhân dân Thành ph</w:t>
      </w:r>
      <w:r w:rsidRPr="00452EE9">
        <w:rPr>
          <w:sz w:val="28"/>
          <w:szCs w:val="28"/>
        </w:rPr>
        <w:t>ố</w:t>
      </w:r>
      <w:r w:rsidRPr="00452EE9">
        <w:rPr>
          <w:sz w:val="28"/>
          <w:szCs w:val="28"/>
        </w:rPr>
        <w:t>, theo đó quán tri</w:t>
      </w:r>
      <w:r w:rsidRPr="00452EE9">
        <w:rPr>
          <w:sz w:val="28"/>
          <w:szCs w:val="28"/>
        </w:rPr>
        <w:t>ệ</w:t>
      </w:r>
      <w:r w:rsidRPr="00452EE9">
        <w:rPr>
          <w:sz w:val="28"/>
          <w:szCs w:val="28"/>
        </w:rPr>
        <w:t>t n</w:t>
      </w:r>
      <w:r w:rsidRPr="00452EE9">
        <w:rPr>
          <w:sz w:val="28"/>
          <w:szCs w:val="28"/>
        </w:rPr>
        <w:t>ộ</w:t>
      </w:r>
      <w:r w:rsidRPr="00452EE9">
        <w:rPr>
          <w:sz w:val="28"/>
          <w:szCs w:val="28"/>
        </w:rPr>
        <w:t>i du</w:t>
      </w:r>
      <w:r w:rsidRPr="00452EE9">
        <w:rPr>
          <w:sz w:val="28"/>
          <w:szCs w:val="28"/>
        </w:rPr>
        <w:t xml:space="preserve">ng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 xml:space="preserve">n </w:t>
      </w:r>
      <w:r w:rsidR="00603D57" w:rsidRPr="00452EE9">
        <w:rPr>
          <w:sz w:val="28"/>
          <w:szCs w:val="28"/>
        </w:rPr>
        <w:t xml:space="preserve">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w:t>
      </w:r>
      <w:r w:rsidRPr="00452EE9">
        <w:rPr>
          <w:sz w:val="28"/>
          <w:szCs w:val="28"/>
        </w:rPr>
        <w:t>đ</w:t>
      </w:r>
      <w:r w:rsidRPr="00452EE9">
        <w:rPr>
          <w:sz w:val="28"/>
          <w:szCs w:val="28"/>
        </w:rPr>
        <w:t>ế</w:t>
      </w:r>
      <w:r w:rsidRPr="00452EE9">
        <w:rPr>
          <w:sz w:val="28"/>
          <w:szCs w:val="28"/>
        </w:rPr>
        <w:t>n các S</w:t>
      </w:r>
      <w:r w:rsidRPr="00452EE9">
        <w:rPr>
          <w:sz w:val="28"/>
          <w:szCs w:val="28"/>
        </w:rPr>
        <w:t>ở</w:t>
      </w:r>
      <w:r w:rsidR="00603D57" w:rsidRPr="00452EE9">
        <w:rPr>
          <w:sz w:val="28"/>
          <w:szCs w:val="28"/>
        </w:rPr>
        <w:t xml:space="preserve">, </w:t>
      </w:r>
      <w:r w:rsidRPr="00452EE9">
        <w:rPr>
          <w:sz w:val="28"/>
          <w:szCs w:val="28"/>
        </w:rPr>
        <w:t>ngành</w:t>
      </w:r>
      <w:r w:rsidR="00603D57" w:rsidRPr="00452EE9">
        <w:rPr>
          <w:sz w:val="28"/>
          <w:szCs w:val="28"/>
        </w:rPr>
        <w:t xml:space="preserve"> Thành phố và</w:t>
      </w:r>
      <w:r w:rsidRPr="00452EE9">
        <w:rPr>
          <w:sz w:val="28"/>
          <w:szCs w:val="28"/>
        </w:rPr>
        <w:t xml:space="preserve"> </w:t>
      </w:r>
      <w:r w:rsidRPr="00452EE9">
        <w:rPr>
          <w:sz w:val="28"/>
          <w:szCs w:val="28"/>
        </w:rPr>
        <w:t>Ủ</w:t>
      </w:r>
      <w:r w:rsidRPr="00452EE9">
        <w:rPr>
          <w:sz w:val="28"/>
          <w:szCs w:val="28"/>
        </w:rPr>
        <w:t xml:space="preserve">y ban nhân dân </w:t>
      </w:r>
      <w:r w:rsidR="00603D57" w:rsidRPr="00452EE9">
        <w:rPr>
          <w:sz w:val="28"/>
          <w:szCs w:val="28"/>
        </w:rPr>
        <w:t>các phường, xã, đặc khu</w:t>
      </w:r>
      <w:r w:rsidR="00603D57" w:rsidRPr="00452EE9">
        <w:rPr>
          <w:sz w:val="28"/>
          <w:szCs w:val="28"/>
        </w:rPr>
        <w:t xml:space="preserve"> </w:t>
      </w:r>
      <w:r w:rsidRPr="00452EE9">
        <w:rPr>
          <w:sz w:val="28"/>
          <w:szCs w:val="28"/>
        </w:rPr>
        <w:t>và các đơn v</w:t>
      </w:r>
      <w:r w:rsidRPr="00452EE9">
        <w:rPr>
          <w:sz w:val="28"/>
          <w:szCs w:val="28"/>
        </w:rPr>
        <w:t>ị</w:t>
      </w:r>
      <w:r w:rsidRPr="00452EE9">
        <w:rPr>
          <w:sz w:val="28"/>
          <w:szCs w:val="28"/>
        </w:rPr>
        <w:t xml:space="preserve"> có liên quan, làm cơ s</w:t>
      </w:r>
      <w:r w:rsidRPr="00452EE9">
        <w:rPr>
          <w:sz w:val="28"/>
          <w:szCs w:val="28"/>
        </w:rPr>
        <w:t>ở</w:t>
      </w:r>
      <w:r w:rsidRPr="00452EE9">
        <w:rPr>
          <w:sz w:val="28"/>
          <w:szCs w:val="28"/>
        </w:rPr>
        <w:t xml:space="preserve"> đ</w:t>
      </w:r>
      <w:r w:rsidRPr="00452EE9">
        <w:rPr>
          <w:sz w:val="28"/>
          <w:szCs w:val="28"/>
        </w:rPr>
        <w:t>ể</w:t>
      </w:r>
      <w:r w:rsidRPr="00452EE9">
        <w:rPr>
          <w:sz w:val="28"/>
          <w:szCs w:val="28"/>
        </w:rPr>
        <w:t xml:space="preserve"> t</w:t>
      </w:r>
      <w:r w:rsidRPr="00452EE9">
        <w:rPr>
          <w:sz w:val="28"/>
          <w:szCs w:val="28"/>
        </w:rPr>
        <w:t>ổ</w:t>
      </w:r>
      <w:r w:rsidRPr="00452EE9">
        <w:rPr>
          <w:sz w:val="28"/>
          <w:szCs w:val="28"/>
        </w:rPr>
        <w:t xml:space="preserve"> ch</w:t>
      </w:r>
      <w:r w:rsidRPr="00452EE9">
        <w:rPr>
          <w:sz w:val="28"/>
          <w:szCs w:val="28"/>
        </w:rPr>
        <w:t>ứ</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th</w:t>
      </w:r>
      <w:r w:rsidRPr="00452EE9">
        <w:rPr>
          <w:sz w:val="28"/>
          <w:szCs w:val="28"/>
        </w:rPr>
        <w:t>ố</w:t>
      </w:r>
      <w:r w:rsidRPr="00452EE9">
        <w:rPr>
          <w:sz w:val="28"/>
          <w:szCs w:val="28"/>
        </w:rPr>
        <w:t>ng nh</w:t>
      </w:r>
      <w:r w:rsidRPr="00452EE9">
        <w:rPr>
          <w:sz w:val="28"/>
          <w:szCs w:val="28"/>
        </w:rPr>
        <w:t>ấ</w:t>
      </w:r>
      <w:r w:rsidRPr="00452EE9">
        <w:rPr>
          <w:sz w:val="28"/>
          <w:szCs w:val="28"/>
        </w:rPr>
        <w:t>t trên toàn đ</w:t>
      </w:r>
      <w:r w:rsidRPr="00452EE9">
        <w:rPr>
          <w:sz w:val="28"/>
          <w:szCs w:val="28"/>
        </w:rPr>
        <w:t>ị</w:t>
      </w:r>
      <w:r w:rsidRPr="00452EE9">
        <w:rPr>
          <w:sz w:val="28"/>
          <w:szCs w:val="28"/>
        </w:rPr>
        <w:t>a bàn Thành ph</w:t>
      </w:r>
      <w:r w:rsidRPr="00452EE9">
        <w:rPr>
          <w:sz w:val="28"/>
          <w:szCs w:val="28"/>
        </w:rPr>
        <w:t>ố</w:t>
      </w:r>
      <w:r w:rsidRPr="00452EE9">
        <w:rPr>
          <w:sz w:val="28"/>
          <w:szCs w:val="28"/>
        </w:rPr>
        <w:t>.</w:t>
      </w:r>
    </w:p>
    <w:p w:rsidR="00F5479D" w:rsidRPr="00452EE9" w:rsidRDefault="00292BC3" w:rsidP="002B2996">
      <w:pPr>
        <w:spacing w:before="120" w:after="120" w:line="240" w:lineRule="auto"/>
        <w:ind w:firstLine="576"/>
        <w:jc w:val="both"/>
        <w:rPr>
          <w:sz w:val="28"/>
          <w:szCs w:val="28"/>
        </w:rPr>
      </w:pPr>
      <w:r w:rsidRPr="00452EE9">
        <w:rPr>
          <w:sz w:val="28"/>
          <w:szCs w:val="28"/>
        </w:rPr>
        <w:t>Sau khi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đư</w:t>
      </w:r>
      <w:r w:rsidRPr="00452EE9">
        <w:rPr>
          <w:sz w:val="28"/>
          <w:szCs w:val="28"/>
        </w:rPr>
        <w:t>ợ</w:t>
      </w:r>
      <w:r w:rsidRPr="00452EE9">
        <w:rPr>
          <w:sz w:val="28"/>
          <w:szCs w:val="28"/>
        </w:rPr>
        <w:t>c ban hành và tri</w:t>
      </w:r>
      <w:r w:rsidRPr="00452EE9">
        <w:rPr>
          <w:sz w:val="28"/>
          <w:szCs w:val="28"/>
        </w:rPr>
        <w:t>ể</w:t>
      </w:r>
      <w:r w:rsidRPr="00452EE9">
        <w:rPr>
          <w:sz w:val="28"/>
          <w:szCs w:val="28"/>
        </w:rPr>
        <w:t>n khai, v</w:t>
      </w:r>
      <w:r w:rsidRPr="00452EE9">
        <w:rPr>
          <w:sz w:val="28"/>
          <w:szCs w:val="28"/>
        </w:rPr>
        <w:t>ớ</w:t>
      </w:r>
      <w:r w:rsidRPr="00452EE9">
        <w:rPr>
          <w:sz w:val="28"/>
          <w:szCs w:val="28"/>
        </w:rPr>
        <w:t>i th</w:t>
      </w:r>
      <w:r w:rsidRPr="00452EE9">
        <w:rPr>
          <w:sz w:val="28"/>
          <w:szCs w:val="28"/>
        </w:rPr>
        <w:t>ẩ</w:t>
      </w:r>
      <w:r w:rsidRPr="00452EE9">
        <w:rPr>
          <w:sz w:val="28"/>
          <w:szCs w:val="28"/>
        </w:rPr>
        <w:t>m quy</w:t>
      </w:r>
      <w:r w:rsidRPr="00452EE9">
        <w:rPr>
          <w:sz w:val="28"/>
          <w:szCs w:val="28"/>
        </w:rPr>
        <w:t>ề</w:t>
      </w:r>
      <w:r w:rsidRPr="00452EE9">
        <w:rPr>
          <w:sz w:val="28"/>
          <w:szCs w:val="28"/>
        </w:rPr>
        <w:t>n đư</w:t>
      </w:r>
      <w:r w:rsidRPr="00452EE9">
        <w:rPr>
          <w:sz w:val="28"/>
          <w:szCs w:val="28"/>
        </w:rPr>
        <w:t>ợ</w:t>
      </w:r>
      <w:r w:rsidRPr="00452EE9">
        <w:rPr>
          <w:sz w:val="28"/>
          <w:szCs w:val="28"/>
        </w:rPr>
        <w:t xml:space="preserve">c </w:t>
      </w:r>
      <w:r w:rsidR="00603D57" w:rsidRPr="00452EE9">
        <w:rPr>
          <w:sz w:val="28"/>
          <w:szCs w:val="28"/>
        </w:rPr>
        <w:t>quy định</w:t>
      </w:r>
      <w:r w:rsidRPr="00452EE9">
        <w:rPr>
          <w:sz w:val="28"/>
          <w:szCs w:val="28"/>
        </w:rPr>
        <w:t xml:space="preserve"> rõ ràng, </w:t>
      </w:r>
      <w:r w:rsidRPr="00452EE9">
        <w:rPr>
          <w:sz w:val="28"/>
          <w:szCs w:val="28"/>
        </w:rPr>
        <w:t>các cơ quan, đơn v</w:t>
      </w:r>
      <w:r w:rsidRPr="00452EE9">
        <w:rPr>
          <w:sz w:val="28"/>
          <w:szCs w:val="28"/>
        </w:rPr>
        <w:t>ị</w:t>
      </w:r>
      <w:r w:rsidRPr="00452EE9">
        <w:rPr>
          <w:sz w:val="28"/>
          <w:szCs w:val="28"/>
        </w:rPr>
        <w:t xml:space="preserve"> đã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và tăng cư</w:t>
      </w:r>
      <w:r w:rsidRPr="00452EE9">
        <w:rPr>
          <w:sz w:val="28"/>
          <w:szCs w:val="28"/>
        </w:rPr>
        <w:t>ờ</w:t>
      </w:r>
      <w:r w:rsidRPr="00452EE9">
        <w:rPr>
          <w:sz w:val="28"/>
          <w:szCs w:val="28"/>
        </w:rPr>
        <w:t>ng trách nhi</w:t>
      </w:r>
      <w:r w:rsidRPr="00452EE9">
        <w:rPr>
          <w:sz w:val="28"/>
          <w:szCs w:val="28"/>
        </w:rPr>
        <w:t>ệ</w:t>
      </w:r>
      <w:r w:rsidRPr="00452EE9">
        <w:rPr>
          <w:sz w:val="28"/>
          <w:szCs w:val="28"/>
        </w:rPr>
        <w:t>m trong vi</w:t>
      </w:r>
      <w:r w:rsidRPr="00452EE9">
        <w:rPr>
          <w:sz w:val="28"/>
          <w:szCs w:val="28"/>
        </w:rPr>
        <w:t>ệ</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 xml:space="preserve">n </w:t>
      </w:r>
      <w:r w:rsidR="00603D57" w:rsidRPr="00452EE9">
        <w:rPr>
          <w:sz w:val="28"/>
          <w:szCs w:val="28"/>
        </w:rPr>
        <w:t>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góp ph</w:t>
      </w:r>
      <w:r w:rsidRPr="00452EE9">
        <w:rPr>
          <w:sz w:val="28"/>
          <w:szCs w:val="28"/>
        </w:rPr>
        <w:t>ầ</w:t>
      </w:r>
      <w:r w:rsidRPr="00452EE9">
        <w:rPr>
          <w:sz w:val="28"/>
          <w:szCs w:val="28"/>
        </w:rPr>
        <w:t>n th</w:t>
      </w:r>
      <w:r w:rsidRPr="00452EE9">
        <w:rPr>
          <w:sz w:val="28"/>
          <w:szCs w:val="28"/>
        </w:rPr>
        <w:t>ự</w:t>
      </w:r>
      <w:r w:rsidRPr="00452EE9">
        <w:rPr>
          <w:sz w:val="28"/>
          <w:szCs w:val="28"/>
        </w:rPr>
        <w:t>c hi</w:t>
      </w:r>
      <w:r w:rsidRPr="00452EE9">
        <w:rPr>
          <w:sz w:val="28"/>
          <w:szCs w:val="28"/>
        </w:rPr>
        <w:t>ệ</w:t>
      </w:r>
      <w:r w:rsidRPr="00452EE9">
        <w:rPr>
          <w:sz w:val="28"/>
          <w:szCs w:val="28"/>
        </w:rPr>
        <w:t>n c</w:t>
      </w:r>
      <w:r w:rsidRPr="00452EE9">
        <w:rPr>
          <w:sz w:val="28"/>
          <w:szCs w:val="28"/>
        </w:rPr>
        <w:t>ả</w:t>
      </w:r>
      <w:r w:rsidRPr="00452EE9">
        <w:rPr>
          <w:sz w:val="28"/>
          <w:szCs w:val="28"/>
        </w:rPr>
        <w:t>i cách hành chính trong b</w:t>
      </w:r>
      <w:r w:rsidRPr="00452EE9">
        <w:rPr>
          <w:sz w:val="28"/>
          <w:szCs w:val="28"/>
        </w:rPr>
        <w:t>ộ</w:t>
      </w:r>
      <w:r w:rsidRPr="00452EE9">
        <w:rPr>
          <w:sz w:val="28"/>
          <w:szCs w:val="28"/>
        </w:rPr>
        <w:t xml:space="preserve"> máy hành chính nhà nư</w:t>
      </w:r>
      <w:r w:rsidRPr="00452EE9">
        <w:rPr>
          <w:sz w:val="28"/>
          <w:szCs w:val="28"/>
        </w:rPr>
        <w:t>ớ</w:t>
      </w:r>
      <w:r w:rsidRPr="00452EE9">
        <w:rPr>
          <w:sz w:val="28"/>
          <w:szCs w:val="28"/>
        </w:rPr>
        <w:t>c, phù h</w:t>
      </w:r>
      <w:r w:rsidRPr="00452EE9">
        <w:rPr>
          <w:sz w:val="28"/>
          <w:szCs w:val="28"/>
        </w:rPr>
        <w:t>ợ</w:t>
      </w:r>
      <w:r w:rsidRPr="00452EE9">
        <w:rPr>
          <w:sz w:val="28"/>
          <w:szCs w:val="28"/>
        </w:rPr>
        <w:t>p v</w:t>
      </w:r>
      <w:r w:rsidRPr="00452EE9">
        <w:rPr>
          <w:sz w:val="28"/>
          <w:szCs w:val="28"/>
        </w:rPr>
        <w:t>ớ</w:t>
      </w:r>
      <w:r w:rsidRPr="00452EE9">
        <w:rPr>
          <w:sz w:val="28"/>
          <w:szCs w:val="28"/>
        </w:rPr>
        <w:t>i năng l</w:t>
      </w:r>
      <w:r w:rsidRPr="00452EE9">
        <w:rPr>
          <w:sz w:val="28"/>
          <w:szCs w:val="28"/>
        </w:rPr>
        <w:t>ự</w:t>
      </w:r>
      <w:r w:rsidRPr="00452EE9">
        <w:rPr>
          <w:sz w:val="28"/>
          <w:szCs w:val="28"/>
        </w:rPr>
        <w:t>c và kh</w:t>
      </w:r>
      <w:r w:rsidRPr="00452EE9">
        <w:rPr>
          <w:sz w:val="28"/>
          <w:szCs w:val="28"/>
        </w:rPr>
        <w:t>ả</w:t>
      </w:r>
      <w:r w:rsidRPr="00452EE9">
        <w:rPr>
          <w:sz w:val="28"/>
          <w:szCs w:val="28"/>
        </w:rPr>
        <w:t xml:space="preserve"> năng th</w:t>
      </w:r>
      <w:r w:rsidRPr="00452EE9">
        <w:rPr>
          <w:sz w:val="28"/>
          <w:szCs w:val="28"/>
        </w:rPr>
        <w:t>ự</w:t>
      </w:r>
      <w:r w:rsidRPr="00452EE9">
        <w:rPr>
          <w:sz w:val="28"/>
          <w:szCs w:val="28"/>
        </w:rPr>
        <w:t>c hi</w:t>
      </w:r>
      <w:r w:rsidRPr="00452EE9">
        <w:rPr>
          <w:sz w:val="28"/>
          <w:szCs w:val="28"/>
        </w:rPr>
        <w:t>ệ</w:t>
      </w:r>
      <w:r w:rsidRPr="00452EE9">
        <w:rPr>
          <w:sz w:val="28"/>
          <w:szCs w:val="28"/>
        </w:rPr>
        <w:t>n th</w:t>
      </w:r>
      <w:r w:rsidRPr="00452EE9">
        <w:rPr>
          <w:sz w:val="28"/>
          <w:szCs w:val="28"/>
        </w:rPr>
        <w:t>ẩ</w:t>
      </w:r>
      <w:r w:rsidRPr="00452EE9">
        <w:rPr>
          <w:sz w:val="28"/>
          <w:szCs w:val="28"/>
        </w:rPr>
        <w:t>m quy</w:t>
      </w:r>
      <w:r w:rsidRPr="00452EE9">
        <w:rPr>
          <w:sz w:val="28"/>
          <w:szCs w:val="28"/>
        </w:rPr>
        <w:t>ề</w:t>
      </w:r>
      <w:r w:rsidRPr="00452EE9">
        <w:rPr>
          <w:sz w:val="28"/>
          <w:szCs w:val="28"/>
        </w:rPr>
        <w:t>n đư</w:t>
      </w:r>
      <w:r w:rsidRPr="00452EE9">
        <w:rPr>
          <w:sz w:val="28"/>
          <w:szCs w:val="28"/>
        </w:rPr>
        <w:t>ợ</w:t>
      </w:r>
      <w:r w:rsidRPr="00452EE9">
        <w:rPr>
          <w:sz w:val="28"/>
          <w:szCs w:val="28"/>
        </w:rPr>
        <w:t>c giao c</w:t>
      </w:r>
      <w:r w:rsidRPr="00452EE9">
        <w:rPr>
          <w:sz w:val="28"/>
          <w:szCs w:val="28"/>
        </w:rPr>
        <w:t>ủ</w:t>
      </w:r>
      <w:r w:rsidRPr="00452EE9">
        <w:rPr>
          <w:sz w:val="28"/>
          <w:szCs w:val="28"/>
        </w:rPr>
        <w:t>a các cơ quan, đơn v</w:t>
      </w:r>
      <w:r w:rsidRPr="00452EE9">
        <w:rPr>
          <w:sz w:val="28"/>
          <w:szCs w:val="28"/>
        </w:rPr>
        <w:t>ị</w:t>
      </w:r>
      <w:r w:rsidRPr="00452EE9">
        <w:rPr>
          <w:sz w:val="28"/>
          <w:szCs w:val="28"/>
        </w:rPr>
        <w:t xml:space="preserve"> và yêu c</w:t>
      </w:r>
      <w:r w:rsidRPr="00452EE9">
        <w:rPr>
          <w:sz w:val="28"/>
          <w:szCs w:val="28"/>
        </w:rPr>
        <w:t>ầ</w:t>
      </w:r>
      <w:r w:rsidRPr="00452EE9">
        <w:rPr>
          <w:sz w:val="28"/>
          <w:szCs w:val="28"/>
        </w:rPr>
        <w:t xml:space="preserve">u </w:t>
      </w:r>
      <w:r w:rsidR="00603D57" w:rsidRPr="00452EE9">
        <w:rPr>
          <w:sz w:val="28"/>
          <w:szCs w:val="28"/>
        </w:rPr>
        <w:t>phát triển</w:t>
      </w:r>
      <w:r w:rsidRPr="00452EE9">
        <w:rPr>
          <w:sz w:val="28"/>
          <w:szCs w:val="28"/>
        </w:rPr>
        <w:t xml:space="preserve"> trên đ</w:t>
      </w:r>
      <w:r w:rsidRPr="00452EE9">
        <w:rPr>
          <w:sz w:val="28"/>
          <w:szCs w:val="28"/>
        </w:rPr>
        <w:t>ị</w:t>
      </w:r>
      <w:r w:rsidRPr="00452EE9">
        <w:rPr>
          <w:sz w:val="28"/>
          <w:szCs w:val="28"/>
        </w:rPr>
        <w:t>a bàn Thành ph</w:t>
      </w:r>
      <w:r w:rsidRPr="00452EE9">
        <w:rPr>
          <w:sz w:val="28"/>
          <w:szCs w:val="28"/>
        </w:rPr>
        <w:t>ố</w:t>
      </w:r>
      <w:r w:rsidRPr="00452EE9">
        <w:rPr>
          <w:sz w:val="28"/>
          <w:szCs w:val="28"/>
        </w:rPr>
        <w:t xml:space="preserve"> H</w:t>
      </w:r>
      <w:r w:rsidRPr="00452EE9">
        <w:rPr>
          <w:sz w:val="28"/>
          <w:szCs w:val="28"/>
        </w:rPr>
        <w:t>ồ</w:t>
      </w:r>
      <w:r w:rsidRPr="00452EE9">
        <w:rPr>
          <w:sz w:val="28"/>
          <w:szCs w:val="28"/>
        </w:rPr>
        <w:t xml:space="preserve"> Chí Minh</w:t>
      </w:r>
      <w:r w:rsidR="00603D57"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3</w:t>
      </w:r>
      <w:r w:rsidRPr="00452EE9">
        <w:rPr>
          <w:b/>
          <w:sz w:val="28"/>
          <w:szCs w:val="28"/>
        </w:rPr>
        <w:t>. K</w:t>
      </w:r>
      <w:r w:rsidRPr="00452EE9">
        <w:rPr>
          <w:b/>
          <w:sz w:val="28"/>
          <w:szCs w:val="28"/>
        </w:rPr>
        <w:t>ế</w:t>
      </w:r>
      <w:r w:rsidRPr="00452EE9">
        <w:rPr>
          <w:b/>
          <w:sz w:val="28"/>
          <w:szCs w:val="28"/>
        </w:rPr>
        <w:t>t qu</w:t>
      </w:r>
      <w:r w:rsidRPr="00452EE9">
        <w:rPr>
          <w:b/>
          <w:sz w:val="28"/>
          <w:szCs w:val="28"/>
        </w:rPr>
        <w:t>ả</w:t>
      </w:r>
      <w:r w:rsidRPr="00452EE9">
        <w:rPr>
          <w:b/>
          <w:sz w:val="28"/>
          <w:szCs w:val="28"/>
        </w:rPr>
        <w:t xml:space="preserve"> thi hành văn b</w:t>
      </w:r>
      <w:r w:rsidRPr="00452EE9">
        <w:rPr>
          <w:b/>
          <w:sz w:val="28"/>
          <w:szCs w:val="28"/>
        </w:rPr>
        <w:t>ả</w:t>
      </w:r>
      <w:r w:rsidRPr="00452EE9">
        <w:rPr>
          <w:b/>
          <w:sz w:val="28"/>
          <w:szCs w:val="28"/>
        </w:rPr>
        <w:t>n quy ph</w:t>
      </w:r>
      <w:r w:rsidRPr="00452EE9">
        <w:rPr>
          <w:b/>
          <w:sz w:val="28"/>
          <w:szCs w:val="28"/>
        </w:rPr>
        <w:t>ạ</w:t>
      </w:r>
      <w:r w:rsidRPr="00452EE9">
        <w:rPr>
          <w:b/>
          <w:sz w:val="28"/>
          <w:szCs w:val="28"/>
        </w:rPr>
        <w:t>m pháp lu</w:t>
      </w:r>
      <w:r w:rsidRPr="00452EE9">
        <w:rPr>
          <w:b/>
          <w:sz w:val="28"/>
          <w:szCs w:val="28"/>
        </w:rPr>
        <w:t>ậ</w:t>
      </w:r>
      <w:r w:rsidRPr="00452EE9">
        <w:rPr>
          <w:b/>
          <w:sz w:val="28"/>
          <w:szCs w:val="28"/>
        </w:rPr>
        <w:t>t, đánh giá ưu đi</w:t>
      </w:r>
      <w:r w:rsidRPr="00452EE9">
        <w:rPr>
          <w:b/>
          <w:sz w:val="28"/>
          <w:szCs w:val="28"/>
        </w:rPr>
        <w:t>ể</w:t>
      </w:r>
      <w:r w:rsidRPr="00452EE9">
        <w:rPr>
          <w:b/>
          <w:sz w:val="28"/>
          <w:szCs w:val="28"/>
        </w:rPr>
        <w:t>m, b</w:t>
      </w:r>
      <w:r w:rsidRPr="00452EE9">
        <w:rPr>
          <w:b/>
          <w:sz w:val="28"/>
          <w:szCs w:val="28"/>
        </w:rPr>
        <w:t>ấ</w:t>
      </w:r>
      <w:r w:rsidRPr="00452EE9">
        <w:rPr>
          <w:b/>
          <w:sz w:val="28"/>
          <w:szCs w:val="28"/>
        </w:rPr>
        <w:t>t c</w:t>
      </w:r>
      <w:r w:rsidRPr="00452EE9">
        <w:rPr>
          <w:b/>
          <w:sz w:val="28"/>
          <w:szCs w:val="28"/>
        </w:rPr>
        <w:t>ậ</w:t>
      </w:r>
      <w:r w:rsidRPr="00452EE9">
        <w:rPr>
          <w:b/>
          <w:sz w:val="28"/>
          <w:szCs w:val="28"/>
        </w:rPr>
        <w:t xml:space="preserve">p, </w:t>
      </w:r>
      <w:proofErr w:type="gramStart"/>
      <w:r w:rsidRPr="00452EE9">
        <w:rPr>
          <w:b/>
          <w:sz w:val="28"/>
          <w:szCs w:val="28"/>
        </w:rPr>
        <w:t>h</w:t>
      </w:r>
      <w:r w:rsidRPr="00452EE9">
        <w:rPr>
          <w:b/>
          <w:sz w:val="28"/>
          <w:szCs w:val="28"/>
        </w:rPr>
        <w:t>ạ</w:t>
      </w:r>
      <w:r w:rsidRPr="00452EE9">
        <w:rPr>
          <w:b/>
          <w:sz w:val="28"/>
          <w:szCs w:val="28"/>
        </w:rPr>
        <w:t xml:space="preserve">n </w:t>
      </w:r>
      <w:r w:rsidR="00603D57" w:rsidRPr="00452EE9">
        <w:rPr>
          <w:b/>
          <w:sz w:val="28"/>
          <w:szCs w:val="28"/>
        </w:rPr>
        <w:t xml:space="preserve"> </w:t>
      </w:r>
      <w:r w:rsidRPr="00452EE9">
        <w:rPr>
          <w:b/>
          <w:sz w:val="28"/>
          <w:szCs w:val="28"/>
        </w:rPr>
        <w:t>h</w:t>
      </w:r>
      <w:r w:rsidRPr="00452EE9">
        <w:rPr>
          <w:b/>
          <w:sz w:val="28"/>
          <w:szCs w:val="28"/>
        </w:rPr>
        <w:t>ế</w:t>
      </w:r>
      <w:proofErr w:type="gramEnd"/>
      <w:r w:rsidRPr="00452EE9">
        <w:rPr>
          <w:b/>
          <w:sz w:val="28"/>
          <w:szCs w:val="28"/>
        </w:rPr>
        <w:t xml:space="preserve"> c</w:t>
      </w:r>
      <w:r w:rsidRPr="00452EE9">
        <w:rPr>
          <w:b/>
          <w:sz w:val="28"/>
          <w:szCs w:val="28"/>
        </w:rPr>
        <w:t>ủ</w:t>
      </w:r>
      <w:r w:rsidRPr="00452EE9">
        <w:rPr>
          <w:b/>
          <w:sz w:val="28"/>
          <w:szCs w:val="28"/>
        </w:rPr>
        <w:t>a văn b</w:t>
      </w:r>
      <w:r w:rsidRPr="00452EE9">
        <w:rPr>
          <w:b/>
          <w:sz w:val="28"/>
          <w:szCs w:val="28"/>
        </w:rPr>
        <w:t>ả</w:t>
      </w:r>
      <w:r w:rsidRPr="00452EE9">
        <w:rPr>
          <w:b/>
          <w:sz w:val="28"/>
          <w:szCs w:val="28"/>
        </w:rPr>
        <w:t xml:space="preserve">n </w:t>
      </w:r>
      <w:r w:rsidRPr="00452EE9">
        <w:rPr>
          <w:b/>
          <w:sz w:val="28"/>
          <w:szCs w:val="28"/>
        </w:rPr>
        <w:t>quy ph</w:t>
      </w:r>
      <w:r w:rsidRPr="00452EE9">
        <w:rPr>
          <w:b/>
          <w:sz w:val="28"/>
          <w:szCs w:val="28"/>
        </w:rPr>
        <w:t>ạ</w:t>
      </w:r>
      <w:r w:rsidRPr="00452EE9">
        <w:rPr>
          <w:b/>
          <w:sz w:val="28"/>
          <w:szCs w:val="28"/>
        </w:rPr>
        <w:t>m pháp lu</w:t>
      </w:r>
      <w:r w:rsidRPr="00452EE9">
        <w:rPr>
          <w:b/>
          <w:sz w:val="28"/>
          <w:szCs w:val="28"/>
        </w:rPr>
        <w:t>ậ</w:t>
      </w:r>
      <w:r w:rsidRPr="00452EE9">
        <w:rPr>
          <w:b/>
          <w:sz w:val="28"/>
          <w:szCs w:val="28"/>
        </w:rPr>
        <w:t>t</w:t>
      </w:r>
    </w:p>
    <w:p w:rsidR="00F5479D" w:rsidRPr="00452EE9" w:rsidRDefault="00292BC3" w:rsidP="002B2996">
      <w:pPr>
        <w:spacing w:before="120" w:after="120" w:line="240" w:lineRule="auto"/>
        <w:rPr>
          <w:sz w:val="28"/>
          <w:szCs w:val="28"/>
        </w:rPr>
      </w:pPr>
      <w:r w:rsidRPr="00452EE9">
        <w:rPr>
          <w:b/>
          <w:i/>
          <w:sz w:val="28"/>
          <w:szCs w:val="28"/>
        </w:rPr>
        <w:t>3.1 K</w:t>
      </w:r>
      <w:r w:rsidRPr="00452EE9">
        <w:rPr>
          <w:b/>
          <w:i/>
          <w:sz w:val="28"/>
          <w:szCs w:val="28"/>
        </w:rPr>
        <w:t>ế</w:t>
      </w:r>
      <w:r w:rsidRPr="00452EE9">
        <w:rPr>
          <w:b/>
          <w:i/>
          <w:sz w:val="28"/>
          <w:szCs w:val="28"/>
        </w:rPr>
        <w:t>t qu</w:t>
      </w:r>
      <w:r w:rsidRPr="00452EE9">
        <w:rPr>
          <w:b/>
          <w:i/>
          <w:sz w:val="28"/>
          <w:szCs w:val="28"/>
        </w:rPr>
        <w:t>ả</w:t>
      </w:r>
      <w:r w:rsidRPr="00452EE9">
        <w:rPr>
          <w:b/>
          <w:i/>
          <w:sz w:val="28"/>
          <w:szCs w:val="28"/>
        </w:rPr>
        <w:t xml:space="preserve"> thi hành văn b</w:t>
      </w:r>
      <w:r w:rsidRPr="00452EE9">
        <w:rPr>
          <w:b/>
          <w:i/>
          <w:sz w:val="28"/>
          <w:szCs w:val="28"/>
        </w:rPr>
        <w:t>ả</w:t>
      </w:r>
      <w:r w:rsidRPr="00452EE9">
        <w:rPr>
          <w:b/>
          <w:i/>
          <w:sz w:val="28"/>
          <w:szCs w:val="28"/>
        </w:rPr>
        <w:t>n quy ph</w:t>
      </w:r>
      <w:r w:rsidRPr="00452EE9">
        <w:rPr>
          <w:b/>
          <w:i/>
          <w:sz w:val="28"/>
          <w:szCs w:val="28"/>
        </w:rPr>
        <w:t>ạ</w:t>
      </w:r>
      <w:r w:rsidRPr="00452EE9">
        <w:rPr>
          <w:b/>
          <w:i/>
          <w:sz w:val="28"/>
          <w:szCs w:val="28"/>
        </w:rPr>
        <w:t>m pháp lu</w:t>
      </w:r>
      <w:r w:rsidRPr="00452EE9">
        <w:rPr>
          <w:b/>
          <w:i/>
          <w:sz w:val="28"/>
          <w:szCs w:val="28"/>
        </w:rPr>
        <w:t>ậ</w:t>
      </w:r>
      <w:r w:rsidRPr="00452EE9">
        <w:rPr>
          <w:b/>
          <w:i/>
          <w:sz w:val="28"/>
          <w:szCs w:val="28"/>
        </w:rPr>
        <w:t>t</w:t>
      </w:r>
    </w:p>
    <w:p w:rsidR="00F5479D" w:rsidRPr="00452EE9" w:rsidRDefault="00292BC3" w:rsidP="002B2996">
      <w:pPr>
        <w:spacing w:before="120" w:after="120" w:line="240" w:lineRule="auto"/>
        <w:ind w:firstLine="576"/>
        <w:jc w:val="both"/>
        <w:rPr>
          <w:sz w:val="28"/>
          <w:szCs w:val="28"/>
        </w:rPr>
      </w:pP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t</w:t>
      </w:r>
      <w:r w:rsidRPr="00452EE9">
        <w:rPr>
          <w:sz w:val="28"/>
          <w:szCs w:val="28"/>
        </w:rPr>
        <w:t>ạ</w:t>
      </w:r>
      <w:r w:rsidRPr="00452EE9">
        <w:rPr>
          <w:sz w:val="28"/>
          <w:szCs w:val="28"/>
        </w:rPr>
        <w:t xml:space="preserve">o hành lang pháp lý rõ ràng,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c</w:t>
      </w:r>
      <w:r w:rsidRPr="00452EE9">
        <w:rPr>
          <w:sz w:val="28"/>
          <w:szCs w:val="28"/>
        </w:rPr>
        <w:t>ụ</w:t>
      </w:r>
      <w:r w:rsidRPr="00452EE9">
        <w:rPr>
          <w:sz w:val="28"/>
          <w:szCs w:val="28"/>
        </w:rPr>
        <w:t xml:space="preserve"> th</w:t>
      </w:r>
      <w:r w:rsidRPr="00452EE9">
        <w:rPr>
          <w:sz w:val="28"/>
          <w:szCs w:val="28"/>
        </w:rPr>
        <w:t>ể</w:t>
      </w:r>
      <w:r w:rsidRPr="00452EE9">
        <w:rPr>
          <w:sz w:val="28"/>
          <w:szCs w:val="28"/>
        </w:rPr>
        <w:t>, t</w:t>
      </w:r>
      <w:r w:rsidRPr="00452EE9">
        <w:rPr>
          <w:sz w:val="28"/>
          <w:szCs w:val="28"/>
        </w:rPr>
        <w:t>ừ</w:t>
      </w:r>
      <w:r w:rsidRPr="00452EE9">
        <w:rPr>
          <w:sz w:val="28"/>
          <w:szCs w:val="28"/>
        </w:rPr>
        <w:t xml:space="preserve"> đó tăng tính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và trách nhi</w:t>
      </w:r>
      <w:r w:rsidRPr="00452EE9">
        <w:rPr>
          <w:sz w:val="28"/>
          <w:szCs w:val="28"/>
        </w:rPr>
        <w:t>ệ</w:t>
      </w:r>
      <w:r w:rsidRPr="00452EE9">
        <w:rPr>
          <w:sz w:val="28"/>
          <w:szCs w:val="28"/>
        </w:rPr>
        <w:t>m c</w:t>
      </w:r>
      <w:r w:rsidRPr="00452EE9">
        <w:rPr>
          <w:sz w:val="28"/>
          <w:szCs w:val="28"/>
        </w:rPr>
        <w:t>ủ</w:t>
      </w:r>
      <w:r w:rsidRPr="00452EE9">
        <w:rPr>
          <w:sz w:val="28"/>
          <w:szCs w:val="28"/>
        </w:rPr>
        <w:t>a chính quy</w:t>
      </w:r>
      <w:r w:rsidRPr="00452EE9">
        <w:rPr>
          <w:sz w:val="28"/>
          <w:szCs w:val="28"/>
        </w:rPr>
        <w:t>ề</w:t>
      </w:r>
      <w:r w:rsidRPr="00452EE9">
        <w:rPr>
          <w:sz w:val="28"/>
          <w:szCs w:val="28"/>
        </w:rPr>
        <w:t>n đ</w:t>
      </w:r>
      <w:r w:rsidRPr="00452EE9">
        <w:rPr>
          <w:sz w:val="28"/>
          <w:szCs w:val="28"/>
        </w:rPr>
        <w:t>ị</w:t>
      </w:r>
      <w:r w:rsidRPr="00452EE9">
        <w:rPr>
          <w:sz w:val="28"/>
          <w:szCs w:val="28"/>
        </w:rPr>
        <w:t>a phương trong vi</w:t>
      </w:r>
      <w:r w:rsidRPr="00452EE9">
        <w:rPr>
          <w:sz w:val="28"/>
          <w:szCs w:val="28"/>
        </w:rPr>
        <w:t>ệ</w:t>
      </w:r>
      <w:r w:rsidRPr="00452EE9">
        <w:rPr>
          <w:sz w:val="28"/>
          <w:szCs w:val="28"/>
        </w:rPr>
        <w:t xml:space="preserve">c </w:t>
      </w:r>
      <w:r w:rsidR="00603D57" w:rsidRPr="00452EE9">
        <w:rPr>
          <w:sz w:val="28"/>
          <w:szCs w:val="28"/>
        </w:rPr>
        <w:t>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phù h</w:t>
      </w:r>
      <w:r w:rsidRPr="00452EE9">
        <w:rPr>
          <w:sz w:val="28"/>
          <w:szCs w:val="28"/>
        </w:rPr>
        <w:t>ợ</w:t>
      </w:r>
      <w:r w:rsidRPr="00452EE9">
        <w:rPr>
          <w:sz w:val="28"/>
          <w:szCs w:val="28"/>
        </w:rPr>
        <w:t>p v</w:t>
      </w:r>
      <w:r w:rsidRPr="00452EE9">
        <w:rPr>
          <w:sz w:val="28"/>
          <w:szCs w:val="28"/>
        </w:rPr>
        <w:t>ớ</w:t>
      </w:r>
      <w:r w:rsidRPr="00452EE9">
        <w:rPr>
          <w:sz w:val="28"/>
          <w:szCs w:val="28"/>
        </w:rPr>
        <w:t>i nhu c</w:t>
      </w:r>
      <w:r w:rsidRPr="00452EE9">
        <w:rPr>
          <w:sz w:val="28"/>
          <w:szCs w:val="28"/>
        </w:rPr>
        <w:t>ầ</w:t>
      </w:r>
      <w:r w:rsidRPr="00452EE9">
        <w:rPr>
          <w:sz w:val="28"/>
          <w:szCs w:val="28"/>
        </w:rPr>
        <w:t>u th</w:t>
      </w:r>
      <w:r w:rsidRPr="00452EE9">
        <w:rPr>
          <w:sz w:val="28"/>
          <w:szCs w:val="28"/>
        </w:rPr>
        <w:t>ự</w:t>
      </w:r>
      <w:r w:rsidRPr="00452EE9">
        <w:rPr>
          <w:sz w:val="28"/>
          <w:szCs w:val="28"/>
        </w:rPr>
        <w:t>c ti</w:t>
      </w:r>
      <w:r w:rsidRPr="00452EE9">
        <w:rPr>
          <w:sz w:val="28"/>
          <w:szCs w:val="28"/>
        </w:rPr>
        <w:t>ễ</w:t>
      </w:r>
      <w:r w:rsidRPr="00452EE9">
        <w:rPr>
          <w:sz w:val="28"/>
          <w:szCs w:val="28"/>
        </w:rPr>
        <w:t>n.</w:t>
      </w:r>
    </w:p>
    <w:p w:rsidR="00F5479D" w:rsidRPr="00452EE9" w:rsidRDefault="00292BC3" w:rsidP="002B2996">
      <w:pPr>
        <w:spacing w:before="120" w:after="120" w:line="240" w:lineRule="auto"/>
        <w:rPr>
          <w:sz w:val="28"/>
          <w:szCs w:val="28"/>
        </w:rPr>
      </w:pPr>
      <w:r w:rsidRPr="00452EE9">
        <w:rPr>
          <w:b/>
          <w:i/>
          <w:sz w:val="28"/>
          <w:szCs w:val="28"/>
        </w:rPr>
        <w:t>3.2 Đánh giá ưu đi</w:t>
      </w:r>
      <w:r w:rsidRPr="00452EE9">
        <w:rPr>
          <w:b/>
          <w:i/>
          <w:sz w:val="28"/>
          <w:szCs w:val="28"/>
        </w:rPr>
        <w:t>ể</w:t>
      </w:r>
      <w:r w:rsidRPr="00452EE9">
        <w:rPr>
          <w:b/>
          <w:i/>
          <w:sz w:val="28"/>
          <w:szCs w:val="28"/>
        </w:rPr>
        <w:t>m, b</w:t>
      </w:r>
      <w:r w:rsidRPr="00452EE9">
        <w:rPr>
          <w:b/>
          <w:i/>
          <w:sz w:val="28"/>
          <w:szCs w:val="28"/>
        </w:rPr>
        <w:t>ấ</w:t>
      </w:r>
      <w:r w:rsidRPr="00452EE9">
        <w:rPr>
          <w:b/>
          <w:i/>
          <w:sz w:val="28"/>
          <w:szCs w:val="28"/>
        </w:rPr>
        <w:t>t c</w:t>
      </w:r>
      <w:r w:rsidRPr="00452EE9">
        <w:rPr>
          <w:b/>
          <w:i/>
          <w:sz w:val="28"/>
          <w:szCs w:val="28"/>
        </w:rPr>
        <w:t>ậ</w:t>
      </w:r>
      <w:r w:rsidRPr="00452EE9">
        <w:rPr>
          <w:b/>
          <w:i/>
          <w:sz w:val="28"/>
          <w:szCs w:val="28"/>
        </w:rPr>
        <w:t>p, h</w:t>
      </w:r>
      <w:r w:rsidRPr="00452EE9">
        <w:rPr>
          <w:b/>
          <w:i/>
          <w:sz w:val="28"/>
          <w:szCs w:val="28"/>
        </w:rPr>
        <w:t>ạ</w:t>
      </w:r>
      <w:r w:rsidRPr="00452EE9">
        <w:rPr>
          <w:b/>
          <w:i/>
          <w:sz w:val="28"/>
          <w:szCs w:val="28"/>
        </w:rPr>
        <w:t>n ch</w:t>
      </w:r>
      <w:r w:rsidRPr="00452EE9">
        <w:rPr>
          <w:b/>
          <w:i/>
          <w:sz w:val="28"/>
          <w:szCs w:val="28"/>
        </w:rPr>
        <w:t>ế</w:t>
      </w:r>
      <w:r w:rsidRPr="00452EE9">
        <w:rPr>
          <w:b/>
          <w:i/>
          <w:sz w:val="28"/>
          <w:szCs w:val="28"/>
        </w:rPr>
        <w:t xml:space="preserve"> c</w:t>
      </w:r>
      <w:r w:rsidRPr="00452EE9">
        <w:rPr>
          <w:b/>
          <w:i/>
          <w:sz w:val="28"/>
          <w:szCs w:val="28"/>
        </w:rPr>
        <w:t>ủ</w:t>
      </w:r>
      <w:r w:rsidRPr="00452EE9">
        <w:rPr>
          <w:b/>
          <w:i/>
          <w:sz w:val="28"/>
          <w:szCs w:val="28"/>
        </w:rPr>
        <w:t>a văn b</w:t>
      </w:r>
      <w:r w:rsidRPr="00452EE9">
        <w:rPr>
          <w:b/>
          <w:i/>
          <w:sz w:val="28"/>
          <w:szCs w:val="28"/>
        </w:rPr>
        <w:t>ả</w:t>
      </w:r>
      <w:r w:rsidRPr="00452EE9">
        <w:rPr>
          <w:b/>
          <w:i/>
          <w:sz w:val="28"/>
          <w:szCs w:val="28"/>
        </w:rPr>
        <w:t>n quy ph</w:t>
      </w:r>
      <w:r w:rsidRPr="00452EE9">
        <w:rPr>
          <w:b/>
          <w:i/>
          <w:sz w:val="28"/>
          <w:szCs w:val="28"/>
        </w:rPr>
        <w:t>ạ</w:t>
      </w:r>
      <w:r w:rsidRPr="00452EE9">
        <w:rPr>
          <w:b/>
          <w:i/>
          <w:sz w:val="28"/>
          <w:szCs w:val="28"/>
        </w:rPr>
        <w:t>m pháp lu</w:t>
      </w:r>
      <w:r w:rsidRPr="00452EE9">
        <w:rPr>
          <w:b/>
          <w:i/>
          <w:sz w:val="28"/>
          <w:szCs w:val="28"/>
        </w:rPr>
        <w:t>ậ</w:t>
      </w:r>
      <w:r w:rsidRPr="00452EE9">
        <w:rPr>
          <w:b/>
          <w:i/>
          <w:sz w:val="28"/>
          <w:szCs w:val="28"/>
        </w:rPr>
        <w:t>t</w:t>
      </w:r>
    </w:p>
    <w:p w:rsidR="00F5479D" w:rsidRPr="00452EE9" w:rsidRDefault="00292BC3" w:rsidP="002B2996">
      <w:pPr>
        <w:spacing w:before="120" w:after="120" w:line="240" w:lineRule="auto"/>
        <w:ind w:firstLine="576"/>
        <w:jc w:val="both"/>
        <w:rPr>
          <w:sz w:val="28"/>
          <w:szCs w:val="28"/>
        </w:rPr>
      </w:pPr>
      <w:r w:rsidRPr="00452EE9">
        <w:rPr>
          <w:b/>
          <w:sz w:val="28"/>
          <w:szCs w:val="28"/>
        </w:rPr>
        <w:t>- Ưu đi</w:t>
      </w:r>
      <w:r w:rsidRPr="00452EE9">
        <w:rPr>
          <w:b/>
          <w:sz w:val="28"/>
          <w:szCs w:val="28"/>
        </w:rPr>
        <w:t>ể</w:t>
      </w:r>
      <w:r w:rsidRPr="00452EE9">
        <w:rPr>
          <w:b/>
          <w:sz w:val="28"/>
          <w:szCs w:val="28"/>
        </w:rPr>
        <w:t xml:space="preserve">m: </w:t>
      </w:r>
      <w:r w:rsidRPr="00452EE9">
        <w:rPr>
          <w:sz w:val="28"/>
          <w:szCs w:val="28"/>
        </w:rPr>
        <w:t>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phát huy vai trò tích c</w:t>
      </w:r>
      <w:r w:rsidRPr="00452EE9">
        <w:rPr>
          <w:sz w:val="28"/>
          <w:szCs w:val="28"/>
        </w:rPr>
        <w:t>ự</w:t>
      </w:r>
      <w:r w:rsidRPr="00452EE9">
        <w:rPr>
          <w:sz w:val="28"/>
          <w:szCs w:val="28"/>
        </w:rPr>
        <w:t>c trong vi</w:t>
      </w:r>
      <w:r w:rsidRPr="00452EE9">
        <w:rPr>
          <w:sz w:val="28"/>
          <w:szCs w:val="28"/>
        </w:rPr>
        <w:t>ệ</w:t>
      </w:r>
      <w:r w:rsidRPr="00452EE9">
        <w:rPr>
          <w:sz w:val="28"/>
          <w:szCs w:val="28"/>
        </w:rPr>
        <w:t>c c</w:t>
      </w:r>
      <w:r w:rsidRPr="00452EE9">
        <w:rPr>
          <w:sz w:val="28"/>
          <w:szCs w:val="28"/>
        </w:rPr>
        <w:t>ụ</w:t>
      </w:r>
      <w:r w:rsidRPr="00452EE9">
        <w:rPr>
          <w:sz w:val="28"/>
          <w:szCs w:val="28"/>
        </w:rPr>
        <w:t xml:space="preserve"> th</w:t>
      </w:r>
      <w:r w:rsidRPr="00452EE9">
        <w:rPr>
          <w:sz w:val="28"/>
          <w:szCs w:val="28"/>
        </w:rPr>
        <w:t>ể</w:t>
      </w:r>
      <w:r w:rsidRPr="00452EE9">
        <w:rPr>
          <w:sz w:val="28"/>
          <w:szCs w:val="28"/>
        </w:rPr>
        <w:t xml:space="preserve"> hóa </w:t>
      </w:r>
      <w:r w:rsidR="00603D57" w:rsidRPr="00452EE9">
        <w:rPr>
          <w:sz w:val="28"/>
          <w:szCs w:val="28"/>
        </w:rPr>
        <w:t>quy định</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t</w:t>
      </w:r>
      <w:r w:rsidRPr="00452EE9">
        <w:rPr>
          <w:sz w:val="28"/>
          <w:szCs w:val="28"/>
        </w:rPr>
        <w:t>ạ</w:t>
      </w:r>
      <w:r w:rsidRPr="00452EE9">
        <w:rPr>
          <w:sz w:val="28"/>
          <w:szCs w:val="28"/>
        </w:rPr>
        <w:t>o đi</w:t>
      </w:r>
      <w:r w:rsidRPr="00452EE9">
        <w:rPr>
          <w:sz w:val="28"/>
          <w:szCs w:val="28"/>
        </w:rPr>
        <w:t>ề</w:t>
      </w:r>
      <w:r w:rsidRPr="00452EE9">
        <w:rPr>
          <w:sz w:val="28"/>
          <w:szCs w:val="28"/>
        </w:rPr>
        <w:t>u ki</w:t>
      </w:r>
      <w:r w:rsidRPr="00452EE9">
        <w:rPr>
          <w:sz w:val="28"/>
          <w:szCs w:val="28"/>
        </w:rPr>
        <w:t>ệ</w:t>
      </w:r>
      <w:r w:rsidRPr="00452EE9">
        <w:rPr>
          <w:sz w:val="28"/>
          <w:szCs w:val="28"/>
        </w:rPr>
        <w:t>n đ</w:t>
      </w:r>
      <w:r w:rsidRPr="00452EE9">
        <w:rPr>
          <w:sz w:val="28"/>
          <w:szCs w:val="28"/>
        </w:rPr>
        <w:t>ể</w:t>
      </w:r>
      <w:r w:rsidRPr="00452EE9">
        <w:rPr>
          <w:sz w:val="28"/>
          <w:szCs w:val="28"/>
        </w:rPr>
        <w:t xml:space="preserve"> chính quy</w:t>
      </w:r>
      <w:r w:rsidRPr="00452EE9">
        <w:rPr>
          <w:sz w:val="28"/>
          <w:szCs w:val="28"/>
        </w:rPr>
        <w:t>ề</w:t>
      </w:r>
      <w:r w:rsidRPr="00452EE9">
        <w:rPr>
          <w:sz w:val="28"/>
          <w:szCs w:val="28"/>
        </w:rPr>
        <w:t>n c</w:t>
      </w:r>
      <w:r w:rsidRPr="00452EE9">
        <w:rPr>
          <w:sz w:val="28"/>
          <w:szCs w:val="28"/>
        </w:rPr>
        <w:t>ấ</w:t>
      </w:r>
      <w:r w:rsidRPr="00452EE9">
        <w:rPr>
          <w:sz w:val="28"/>
          <w:szCs w:val="28"/>
        </w:rPr>
        <w:t>p cơ s</w:t>
      </w:r>
      <w:r w:rsidRPr="00452EE9">
        <w:rPr>
          <w:sz w:val="28"/>
          <w:szCs w:val="28"/>
        </w:rPr>
        <w:t>ở</w:t>
      </w:r>
      <w:r w:rsidRPr="00452EE9">
        <w:rPr>
          <w:sz w:val="28"/>
          <w:szCs w:val="28"/>
        </w:rPr>
        <w:t xml:space="preserve"> ch</w:t>
      </w:r>
      <w:r w:rsidRPr="00452EE9">
        <w:rPr>
          <w:sz w:val="28"/>
          <w:szCs w:val="28"/>
        </w:rPr>
        <w:t>ủ</w:t>
      </w:r>
      <w:r w:rsidRPr="00452EE9">
        <w:rPr>
          <w:sz w:val="28"/>
          <w:szCs w:val="28"/>
        </w:rPr>
        <w:t xml:space="preserve"> đ</w:t>
      </w:r>
      <w:r w:rsidRPr="00452EE9">
        <w:rPr>
          <w:sz w:val="28"/>
          <w:szCs w:val="28"/>
        </w:rPr>
        <w:t>ộ</w:t>
      </w:r>
      <w:r w:rsidRPr="00452EE9">
        <w:rPr>
          <w:sz w:val="28"/>
          <w:szCs w:val="28"/>
        </w:rPr>
        <w:t xml:space="preserve">ng hơn trong </w:t>
      </w:r>
      <w:r w:rsidR="00603D57" w:rsidRPr="00452EE9">
        <w:rPr>
          <w:sz w:val="28"/>
          <w:szCs w:val="28"/>
        </w:rPr>
        <w:t>thực hiện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t</w:t>
      </w:r>
      <w:r w:rsidRPr="00452EE9">
        <w:rPr>
          <w:sz w:val="28"/>
          <w:szCs w:val="28"/>
        </w:rPr>
        <w:t>ừ</w:t>
      </w:r>
      <w:r w:rsidRPr="00452EE9">
        <w:rPr>
          <w:sz w:val="28"/>
          <w:szCs w:val="28"/>
        </w:rPr>
        <w:t xml:space="preserve"> ngu</w:t>
      </w:r>
      <w:r w:rsidRPr="00452EE9">
        <w:rPr>
          <w:sz w:val="28"/>
          <w:szCs w:val="28"/>
        </w:rPr>
        <w:t>ồ</w:t>
      </w:r>
      <w:r w:rsidRPr="00452EE9">
        <w:rPr>
          <w:sz w:val="28"/>
          <w:szCs w:val="28"/>
        </w:rPr>
        <w:t>n chi thư</w:t>
      </w:r>
      <w:r w:rsidRPr="00452EE9">
        <w:rPr>
          <w:sz w:val="28"/>
          <w:szCs w:val="28"/>
        </w:rPr>
        <w:t>ờ</w:t>
      </w:r>
      <w:r w:rsidRPr="00452EE9">
        <w:rPr>
          <w:sz w:val="28"/>
          <w:szCs w:val="28"/>
        </w:rPr>
        <w:t>ng xuyên ngân sách nhà nư</w:t>
      </w:r>
      <w:r w:rsidRPr="00452EE9">
        <w:rPr>
          <w:sz w:val="28"/>
          <w:szCs w:val="28"/>
        </w:rPr>
        <w:t>ớ</w:t>
      </w:r>
      <w:r w:rsidRPr="00452EE9">
        <w:rPr>
          <w:sz w:val="28"/>
          <w:szCs w:val="28"/>
        </w:rPr>
        <w:t>c, t</w:t>
      </w:r>
      <w:r w:rsidRPr="00452EE9">
        <w:rPr>
          <w:sz w:val="28"/>
          <w:szCs w:val="28"/>
        </w:rPr>
        <w:t>ạ</w:t>
      </w:r>
      <w:r w:rsidRPr="00452EE9">
        <w:rPr>
          <w:sz w:val="28"/>
          <w:szCs w:val="28"/>
        </w:rPr>
        <w:t>o hành lang pháp lý rõ hơn v</w:t>
      </w:r>
      <w:r w:rsidRPr="00452EE9">
        <w:rPr>
          <w:sz w:val="28"/>
          <w:szCs w:val="28"/>
        </w:rPr>
        <w:t>ề</w:t>
      </w:r>
      <w:r w:rsidRPr="00452EE9">
        <w:rPr>
          <w:sz w:val="28"/>
          <w:szCs w:val="28"/>
        </w:rPr>
        <w:t xml:space="preserve"> th</w:t>
      </w:r>
      <w:r w:rsidRPr="00452EE9">
        <w:rPr>
          <w:sz w:val="28"/>
          <w:szCs w:val="28"/>
        </w:rPr>
        <w:t>ẩ</w:t>
      </w:r>
      <w:r w:rsidRPr="00452EE9">
        <w:rPr>
          <w:sz w:val="28"/>
          <w:szCs w:val="28"/>
        </w:rPr>
        <w:t>m quy</w:t>
      </w:r>
      <w:r w:rsidRPr="00452EE9">
        <w:rPr>
          <w:sz w:val="28"/>
          <w:szCs w:val="28"/>
        </w:rPr>
        <w:t>ề</w:t>
      </w:r>
      <w:r w:rsidRPr="00452EE9">
        <w:rPr>
          <w:sz w:val="28"/>
          <w:szCs w:val="28"/>
        </w:rPr>
        <w:t>n. Vi</w:t>
      </w:r>
      <w:r w:rsidRPr="00452EE9">
        <w:rPr>
          <w:sz w:val="28"/>
          <w:szCs w:val="28"/>
        </w:rPr>
        <w:t>ệ</w:t>
      </w:r>
      <w:r w:rsidRPr="00452EE9">
        <w:rPr>
          <w:sz w:val="28"/>
          <w:szCs w:val="28"/>
        </w:rPr>
        <w:t xml:space="preserve">c </w:t>
      </w:r>
      <w:r w:rsidR="00603D57" w:rsidRPr="00452EE9">
        <w:rPr>
          <w:sz w:val="28"/>
          <w:szCs w:val="28"/>
        </w:rPr>
        <w:t>triển khai</w:t>
      </w:r>
      <w:r w:rsidRPr="00452EE9">
        <w:rPr>
          <w:sz w:val="28"/>
          <w:szCs w:val="28"/>
        </w:rPr>
        <w:t xml:space="preserve"> th</w:t>
      </w:r>
      <w:r w:rsidRPr="00452EE9">
        <w:rPr>
          <w:sz w:val="28"/>
          <w:szCs w:val="28"/>
        </w:rPr>
        <w:t>ự</w:t>
      </w:r>
      <w:r w:rsidRPr="00452EE9">
        <w:rPr>
          <w:sz w:val="28"/>
          <w:szCs w:val="28"/>
        </w:rPr>
        <w:t>c hi</w:t>
      </w:r>
      <w:r w:rsidRPr="00452EE9">
        <w:rPr>
          <w:sz w:val="28"/>
          <w:szCs w:val="28"/>
        </w:rPr>
        <w:t>ệ</w:t>
      </w:r>
      <w:r w:rsidRPr="00452EE9">
        <w:rPr>
          <w:sz w:val="28"/>
          <w:szCs w:val="28"/>
        </w:rPr>
        <w:t>n trên</w:t>
      </w:r>
      <w:r w:rsidRPr="00452EE9">
        <w:rPr>
          <w:sz w:val="28"/>
          <w:szCs w:val="28"/>
        </w:rPr>
        <w:t xml:space="preserve"> cơ s</w:t>
      </w:r>
      <w:r w:rsidRPr="00452EE9">
        <w:rPr>
          <w:sz w:val="28"/>
          <w:szCs w:val="28"/>
        </w:rPr>
        <w:t>ở</w:t>
      </w:r>
      <w:r w:rsidRPr="00452EE9">
        <w:rPr>
          <w:sz w:val="28"/>
          <w:szCs w:val="28"/>
        </w:rPr>
        <w:t xml:space="preserve"> nhu c</w:t>
      </w:r>
      <w:r w:rsidRPr="00452EE9">
        <w:rPr>
          <w:sz w:val="28"/>
          <w:szCs w:val="28"/>
        </w:rPr>
        <w:t>ầ</w:t>
      </w:r>
      <w:r w:rsidRPr="00452EE9">
        <w:rPr>
          <w:sz w:val="28"/>
          <w:szCs w:val="28"/>
        </w:rPr>
        <w:t>u th</w:t>
      </w:r>
      <w:r w:rsidRPr="00452EE9">
        <w:rPr>
          <w:sz w:val="28"/>
          <w:szCs w:val="28"/>
        </w:rPr>
        <w:t>ự</w:t>
      </w:r>
      <w:r w:rsidRPr="00452EE9">
        <w:rPr>
          <w:sz w:val="28"/>
          <w:szCs w:val="28"/>
        </w:rPr>
        <w:t>c t</w:t>
      </w:r>
      <w:r w:rsidRPr="00452EE9">
        <w:rPr>
          <w:sz w:val="28"/>
          <w:szCs w:val="28"/>
        </w:rPr>
        <w:t>ế</w:t>
      </w:r>
      <w:r w:rsidRPr="00452EE9">
        <w:rPr>
          <w:sz w:val="28"/>
          <w:szCs w:val="28"/>
        </w:rPr>
        <w:t xml:space="preserve"> c</w:t>
      </w:r>
      <w:r w:rsidRPr="00452EE9">
        <w:rPr>
          <w:sz w:val="28"/>
          <w:szCs w:val="28"/>
        </w:rPr>
        <w:t>ủ</w:t>
      </w:r>
      <w:r w:rsidRPr="00452EE9">
        <w:rPr>
          <w:sz w:val="28"/>
          <w:szCs w:val="28"/>
        </w:rPr>
        <w:t>a đơn v</w:t>
      </w:r>
      <w:r w:rsidRPr="00452EE9">
        <w:rPr>
          <w:sz w:val="28"/>
          <w:szCs w:val="28"/>
        </w:rPr>
        <w:t>ị</w:t>
      </w:r>
      <w:r w:rsidRPr="00452EE9">
        <w:rPr>
          <w:sz w:val="28"/>
          <w:szCs w:val="28"/>
        </w:rPr>
        <w:t>, qua đó có đi</w:t>
      </w:r>
      <w:r w:rsidRPr="00452EE9">
        <w:rPr>
          <w:sz w:val="28"/>
          <w:szCs w:val="28"/>
        </w:rPr>
        <w:t>ề</w:t>
      </w:r>
      <w:r w:rsidRPr="00452EE9">
        <w:rPr>
          <w:sz w:val="28"/>
          <w:szCs w:val="28"/>
        </w:rPr>
        <w:t>u ki</w:t>
      </w:r>
      <w:r w:rsidRPr="00452EE9">
        <w:rPr>
          <w:sz w:val="28"/>
          <w:szCs w:val="28"/>
        </w:rPr>
        <w:t>ệ</w:t>
      </w:r>
      <w:r w:rsidRPr="00452EE9">
        <w:rPr>
          <w:sz w:val="28"/>
          <w:szCs w:val="28"/>
        </w:rPr>
        <w:t>n l</w:t>
      </w:r>
      <w:r w:rsidRPr="00452EE9">
        <w:rPr>
          <w:sz w:val="28"/>
          <w:szCs w:val="28"/>
        </w:rPr>
        <w:t>ự</w:t>
      </w:r>
      <w:r w:rsidRPr="00452EE9">
        <w:rPr>
          <w:sz w:val="28"/>
          <w:szCs w:val="28"/>
        </w:rPr>
        <w:t>a ch</w:t>
      </w:r>
      <w:r w:rsidRPr="00452EE9">
        <w:rPr>
          <w:sz w:val="28"/>
          <w:szCs w:val="28"/>
        </w:rPr>
        <w:t>ọ</w:t>
      </w:r>
      <w:r w:rsidRPr="00452EE9">
        <w:rPr>
          <w:sz w:val="28"/>
          <w:szCs w:val="28"/>
        </w:rPr>
        <w:t>n gi</w:t>
      </w:r>
      <w:r w:rsidRPr="00452EE9">
        <w:rPr>
          <w:sz w:val="28"/>
          <w:szCs w:val="28"/>
        </w:rPr>
        <w:t>ả</w:t>
      </w:r>
      <w:r w:rsidRPr="00452EE9">
        <w:rPr>
          <w:sz w:val="28"/>
          <w:szCs w:val="28"/>
        </w:rPr>
        <w:t>i pháp phù h</w:t>
      </w:r>
      <w:r w:rsidRPr="00452EE9">
        <w:rPr>
          <w:sz w:val="28"/>
          <w:szCs w:val="28"/>
        </w:rPr>
        <w:t>ợ</w:t>
      </w:r>
      <w:r w:rsidRPr="00452EE9">
        <w:rPr>
          <w:sz w:val="28"/>
          <w:szCs w:val="28"/>
        </w:rPr>
        <w:t>p hơn v</w:t>
      </w:r>
      <w:r w:rsidRPr="00452EE9">
        <w:rPr>
          <w:sz w:val="28"/>
          <w:szCs w:val="28"/>
        </w:rPr>
        <w:t>ớ</w:t>
      </w:r>
      <w:r w:rsidRPr="00452EE9">
        <w:rPr>
          <w:sz w:val="28"/>
          <w:szCs w:val="28"/>
        </w:rPr>
        <w:t>i quy mô ho</w:t>
      </w:r>
      <w:r w:rsidRPr="00452EE9">
        <w:rPr>
          <w:sz w:val="28"/>
          <w:szCs w:val="28"/>
        </w:rPr>
        <w:t>ạ</w:t>
      </w:r>
      <w:r w:rsidRPr="00452EE9">
        <w:rPr>
          <w:sz w:val="28"/>
          <w:szCs w:val="28"/>
        </w:rPr>
        <w:t>t đ</w:t>
      </w:r>
      <w:r w:rsidRPr="00452EE9">
        <w:rPr>
          <w:sz w:val="28"/>
          <w:szCs w:val="28"/>
        </w:rPr>
        <w:t>ộ</w:t>
      </w:r>
      <w:r w:rsidRPr="00452EE9">
        <w:rPr>
          <w:sz w:val="28"/>
          <w:szCs w:val="28"/>
        </w:rPr>
        <w:t>ng</w:t>
      </w:r>
      <w:r w:rsidRPr="00452EE9">
        <w:rPr>
          <w:sz w:val="28"/>
          <w:szCs w:val="28"/>
        </w:rPr>
        <w:t>. Vi</w:t>
      </w:r>
      <w:r w:rsidRPr="00452EE9">
        <w:rPr>
          <w:sz w:val="28"/>
          <w:szCs w:val="28"/>
        </w:rPr>
        <w:t>ệ</w:t>
      </w:r>
      <w:r w:rsidRPr="00452EE9">
        <w:rPr>
          <w:sz w:val="28"/>
          <w:szCs w:val="28"/>
        </w:rPr>
        <w:t>c tri</w:t>
      </w:r>
      <w:r w:rsidRPr="00452EE9">
        <w:rPr>
          <w:sz w:val="28"/>
          <w:szCs w:val="28"/>
        </w:rPr>
        <w:t>ể</w:t>
      </w:r>
      <w:r w:rsidRPr="00452EE9">
        <w:rPr>
          <w:sz w:val="28"/>
          <w:szCs w:val="28"/>
        </w:rPr>
        <w:t>n khai Ngh</w:t>
      </w:r>
      <w:r w:rsidRPr="00452EE9">
        <w:rPr>
          <w:sz w:val="28"/>
          <w:szCs w:val="28"/>
        </w:rPr>
        <w:t>ị</w:t>
      </w:r>
      <w:r w:rsidRPr="00452EE9">
        <w:rPr>
          <w:sz w:val="28"/>
          <w:szCs w:val="28"/>
        </w:rPr>
        <w:t xml:space="preserve"> quy</w:t>
      </w:r>
      <w:r w:rsidRPr="00452EE9">
        <w:rPr>
          <w:sz w:val="28"/>
          <w:szCs w:val="28"/>
        </w:rPr>
        <w:t>ế</w:t>
      </w:r>
      <w:r w:rsidRPr="00452EE9">
        <w:rPr>
          <w:sz w:val="28"/>
          <w:szCs w:val="28"/>
        </w:rPr>
        <w:t>t s</w:t>
      </w:r>
      <w:r w:rsidRPr="00452EE9">
        <w:rPr>
          <w:sz w:val="28"/>
          <w:szCs w:val="28"/>
        </w:rPr>
        <w:t>ố</w:t>
      </w:r>
      <w:r w:rsidRPr="00452EE9">
        <w:rPr>
          <w:sz w:val="28"/>
          <w:szCs w:val="28"/>
        </w:rPr>
        <w:t xml:space="preserve"> 2</w:t>
      </w:r>
      <w:r w:rsidR="00603D57" w:rsidRPr="00452EE9">
        <w:rPr>
          <w:sz w:val="28"/>
          <w:szCs w:val="28"/>
        </w:rPr>
        <w:t>5</w:t>
      </w:r>
      <w:r w:rsidRPr="00452EE9">
        <w:rPr>
          <w:sz w:val="28"/>
          <w:szCs w:val="28"/>
        </w:rPr>
        <w:t>/2025/NQ-HĐND đã t</w:t>
      </w:r>
      <w:r w:rsidRPr="00452EE9">
        <w:rPr>
          <w:sz w:val="28"/>
          <w:szCs w:val="28"/>
        </w:rPr>
        <w:t>ạ</w:t>
      </w:r>
      <w:r w:rsidRPr="00452EE9">
        <w:rPr>
          <w:sz w:val="28"/>
          <w:szCs w:val="28"/>
        </w:rPr>
        <w:t>o c</w:t>
      </w:r>
      <w:r w:rsidRPr="00452EE9">
        <w:rPr>
          <w:sz w:val="28"/>
          <w:szCs w:val="28"/>
        </w:rPr>
        <w:t>ơ s</w:t>
      </w:r>
      <w:r w:rsidRPr="00452EE9">
        <w:rPr>
          <w:sz w:val="28"/>
          <w:szCs w:val="28"/>
        </w:rPr>
        <w:t>ở</w:t>
      </w:r>
      <w:r w:rsidRPr="00452EE9">
        <w:rPr>
          <w:sz w:val="28"/>
          <w:szCs w:val="28"/>
        </w:rPr>
        <w:t xml:space="preserve"> đ</w:t>
      </w:r>
      <w:r w:rsidRPr="00452EE9">
        <w:rPr>
          <w:sz w:val="28"/>
          <w:szCs w:val="28"/>
        </w:rPr>
        <w:t>ể</w:t>
      </w:r>
      <w:r w:rsidRPr="00452EE9">
        <w:rPr>
          <w:sz w:val="28"/>
          <w:szCs w:val="28"/>
        </w:rPr>
        <w:t xml:space="preserve"> các cơ quan, đơn v</w:t>
      </w:r>
      <w:r w:rsidRPr="00452EE9">
        <w:rPr>
          <w:sz w:val="28"/>
          <w:szCs w:val="28"/>
        </w:rPr>
        <w:t>ị</w:t>
      </w:r>
      <w:r w:rsidRPr="00452EE9">
        <w:rPr>
          <w:sz w:val="28"/>
          <w:szCs w:val="28"/>
        </w:rPr>
        <w:t xml:space="preserve"> xác đ</w:t>
      </w:r>
      <w:r w:rsidRPr="00452EE9">
        <w:rPr>
          <w:sz w:val="28"/>
          <w:szCs w:val="28"/>
        </w:rPr>
        <w:t>ị</w:t>
      </w:r>
      <w:r w:rsidRPr="00452EE9">
        <w:rPr>
          <w:sz w:val="28"/>
          <w:szCs w:val="28"/>
        </w:rPr>
        <w:t>nh th</w:t>
      </w:r>
      <w:r w:rsidRPr="00452EE9">
        <w:rPr>
          <w:sz w:val="28"/>
          <w:szCs w:val="28"/>
        </w:rPr>
        <w:t>ẩ</w:t>
      </w:r>
      <w:r w:rsidRPr="00452EE9">
        <w:rPr>
          <w:sz w:val="28"/>
          <w:szCs w:val="28"/>
        </w:rPr>
        <w:t>m quy</w:t>
      </w:r>
      <w:r w:rsidRPr="00452EE9">
        <w:rPr>
          <w:sz w:val="28"/>
          <w:szCs w:val="28"/>
        </w:rPr>
        <w:t>ề</w:t>
      </w:r>
      <w:r w:rsidRPr="00452EE9">
        <w:rPr>
          <w:sz w:val="28"/>
          <w:szCs w:val="28"/>
        </w:rPr>
        <w:t>n trong vi</w:t>
      </w:r>
      <w:r w:rsidRPr="00452EE9">
        <w:rPr>
          <w:sz w:val="28"/>
          <w:szCs w:val="28"/>
        </w:rPr>
        <w:t>ệ</w:t>
      </w:r>
      <w:r w:rsidRPr="00452EE9">
        <w:rPr>
          <w:sz w:val="28"/>
          <w:szCs w:val="28"/>
        </w:rPr>
        <w:t xml:space="preserve">c </w:t>
      </w:r>
      <w:r w:rsidR="00603D57" w:rsidRPr="00452EE9">
        <w:rPr>
          <w:sz w:val="28"/>
          <w:szCs w:val="28"/>
        </w:rPr>
        <w:t>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w:t>
      </w:r>
      <w:r w:rsidRPr="00452EE9">
        <w:rPr>
          <w:sz w:val="28"/>
          <w:szCs w:val="28"/>
        </w:rPr>
        <w:t xml:space="preserve"> s</w:t>
      </w:r>
      <w:r w:rsidRPr="00452EE9">
        <w:rPr>
          <w:sz w:val="28"/>
          <w:szCs w:val="28"/>
        </w:rPr>
        <w:t>ử</w:t>
      </w:r>
      <w:r w:rsidRPr="00452EE9">
        <w:rPr>
          <w:sz w:val="28"/>
          <w:szCs w:val="28"/>
        </w:rPr>
        <w:t xml:space="preserve"> d</w:t>
      </w:r>
      <w:r w:rsidRPr="00452EE9">
        <w:rPr>
          <w:sz w:val="28"/>
          <w:szCs w:val="28"/>
        </w:rPr>
        <w:t>ụ</w:t>
      </w:r>
      <w:r w:rsidRPr="00452EE9">
        <w:rPr>
          <w:sz w:val="28"/>
          <w:szCs w:val="28"/>
        </w:rPr>
        <w:t>ng kinh phí chi thư</w:t>
      </w:r>
      <w:r w:rsidRPr="00452EE9">
        <w:rPr>
          <w:sz w:val="28"/>
          <w:szCs w:val="28"/>
        </w:rPr>
        <w:t>ờ</w:t>
      </w:r>
      <w:r w:rsidRPr="00452EE9">
        <w:rPr>
          <w:sz w:val="28"/>
          <w:szCs w:val="28"/>
        </w:rPr>
        <w:t>ng xuyên ngu</w:t>
      </w:r>
      <w:r w:rsidRPr="00452EE9">
        <w:rPr>
          <w:sz w:val="28"/>
          <w:szCs w:val="28"/>
        </w:rPr>
        <w:t>ồ</w:t>
      </w:r>
      <w:r w:rsidRPr="00452EE9">
        <w:rPr>
          <w:sz w:val="28"/>
          <w:szCs w:val="28"/>
        </w:rPr>
        <w:t>n ngân sách nhà nư</w:t>
      </w:r>
      <w:r w:rsidRPr="00452EE9">
        <w:rPr>
          <w:sz w:val="28"/>
          <w:szCs w:val="28"/>
        </w:rPr>
        <w:t>ớ</w:t>
      </w:r>
      <w:r w:rsidRPr="00452EE9">
        <w:rPr>
          <w:sz w:val="28"/>
          <w:szCs w:val="28"/>
        </w:rPr>
        <w:t>c, góp ph</w:t>
      </w:r>
      <w:r w:rsidRPr="00452EE9">
        <w:rPr>
          <w:sz w:val="28"/>
          <w:szCs w:val="28"/>
        </w:rPr>
        <w:t>ầ</w:t>
      </w:r>
      <w:r w:rsidRPr="00452EE9">
        <w:rPr>
          <w:sz w:val="28"/>
          <w:szCs w:val="28"/>
        </w:rPr>
        <w:t>n nâng cao tính ch</w:t>
      </w:r>
      <w:r w:rsidRPr="00452EE9">
        <w:rPr>
          <w:sz w:val="28"/>
          <w:szCs w:val="28"/>
        </w:rPr>
        <w:t>ủ</w:t>
      </w:r>
      <w:r w:rsidRPr="00452EE9">
        <w:rPr>
          <w:sz w:val="28"/>
          <w:szCs w:val="28"/>
        </w:rPr>
        <w:t xml:space="preserve"> đ</w:t>
      </w:r>
      <w:r w:rsidRPr="00452EE9">
        <w:rPr>
          <w:sz w:val="28"/>
          <w:szCs w:val="28"/>
        </w:rPr>
        <w:t>ộ</w:t>
      </w:r>
      <w:r w:rsidRPr="00452EE9">
        <w:rPr>
          <w:sz w:val="28"/>
          <w:szCs w:val="28"/>
        </w:rPr>
        <w:t>ng trong t</w:t>
      </w:r>
      <w:r w:rsidRPr="00452EE9">
        <w:rPr>
          <w:sz w:val="28"/>
          <w:szCs w:val="28"/>
        </w:rPr>
        <w:t>ổ</w:t>
      </w:r>
      <w:r w:rsidRPr="00452EE9">
        <w:rPr>
          <w:sz w:val="28"/>
          <w:szCs w:val="28"/>
        </w:rPr>
        <w:t xml:space="preserve"> ch</w:t>
      </w:r>
      <w:r w:rsidRPr="00452EE9">
        <w:rPr>
          <w:sz w:val="28"/>
          <w:szCs w:val="28"/>
        </w:rPr>
        <w:t>ứ</w:t>
      </w:r>
      <w:r w:rsidRPr="00452EE9">
        <w:rPr>
          <w:sz w:val="28"/>
          <w:szCs w:val="28"/>
        </w:rPr>
        <w:t>c th</w:t>
      </w:r>
      <w:r w:rsidRPr="00452EE9">
        <w:rPr>
          <w:sz w:val="28"/>
          <w:szCs w:val="28"/>
        </w:rPr>
        <w:t>ự</w:t>
      </w:r>
      <w:r w:rsidRPr="00452EE9">
        <w:rPr>
          <w:sz w:val="28"/>
          <w:szCs w:val="28"/>
        </w:rPr>
        <w:t>c hi</w:t>
      </w:r>
      <w:r w:rsidRPr="00452EE9">
        <w:rPr>
          <w:sz w:val="28"/>
          <w:szCs w:val="28"/>
        </w:rPr>
        <w:t>ệ</w:t>
      </w:r>
      <w:r w:rsidRPr="00452EE9">
        <w:rPr>
          <w:sz w:val="28"/>
          <w:szCs w:val="28"/>
        </w:rPr>
        <w:t>n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00603D57" w:rsidRPr="00452EE9">
        <w:rPr>
          <w:sz w:val="28"/>
          <w:szCs w:val="28"/>
        </w:rPr>
        <w:t xml:space="preserve">của các cơ </w:t>
      </w:r>
      <w:r w:rsidR="00603D57" w:rsidRPr="00452EE9">
        <w:rPr>
          <w:sz w:val="28"/>
          <w:szCs w:val="28"/>
        </w:rPr>
        <w:lastRenderedPageBreak/>
        <w:t>quan, đơn vị; qua đó góp phần tích cực vào công cuộc phát triển kinh tế - xã hội của Thành phố Hồ Chí Minh.</w:t>
      </w:r>
    </w:p>
    <w:p w:rsidR="00F5479D" w:rsidRPr="00452EE9" w:rsidRDefault="00292BC3" w:rsidP="002B2996">
      <w:pPr>
        <w:spacing w:before="120" w:after="120" w:line="240" w:lineRule="auto"/>
        <w:ind w:firstLine="576"/>
        <w:jc w:val="both"/>
        <w:rPr>
          <w:sz w:val="28"/>
          <w:szCs w:val="28"/>
        </w:rPr>
      </w:pPr>
      <w:r w:rsidRPr="00452EE9">
        <w:rPr>
          <w:b/>
          <w:sz w:val="28"/>
          <w:szCs w:val="28"/>
        </w:rPr>
        <w:t>- B</w:t>
      </w:r>
      <w:r w:rsidRPr="00452EE9">
        <w:rPr>
          <w:b/>
          <w:sz w:val="28"/>
          <w:szCs w:val="28"/>
        </w:rPr>
        <w:t>ấ</w:t>
      </w:r>
      <w:r w:rsidRPr="00452EE9">
        <w:rPr>
          <w:b/>
          <w:sz w:val="28"/>
          <w:szCs w:val="28"/>
        </w:rPr>
        <w:t>t c</w:t>
      </w:r>
      <w:r w:rsidRPr="00452EE9">
        <w:rPr>
          <w:b/>
          <w:sz w:val="28"/>
          <w:szCs w:val="28"/>
        </w:rPr>
        <w:t>ậ</w:t>
      </w:r>
      <w:r w:rsidRPr="00452EE9">
        <w:rPr>
          <w:b/>
          <w:sz w:val="28"/>
          <w:szCs w:val="28"/>
        </w:rPr>
        <w:t>p, h</w:t>
      </w:r>
      <w:r w:rsidRPr="00452EE9">
        <w:rPr>
          <w:b/>
          <w:sz w:val="28"/>
          <w:szCs w:val="28"/>
        </w:rPr>
        <w:t>ạ</w:t>
      </w:r>
      <w:r w:rsidRPr="00452EE9">
        <w:rPr>
          <w:b/>
          <w:sz w:val="28"/>
          <w:szCs w:val="28"/>
        </w:rPr>
        <w:t>n ch</w:t>
      </w:r>
      <w:r w:rsidRPr="00452EE9">
        <w:rPr>
          <w:b/>
          <w:sz w:val="28"/>
          <w:szCs w:val="28"/>
        </w:rPr>
        <w:t>ế</w:t>
      </w:r>
      <w:r w:rsidRPr="00452EE9">
        <w:rPr>
          <w:b/>
          <w:sz w:val="28"/>
          <w:szCs w:val="28"/>
        </w:rPr>
        <w:t xml:space="preserve">: </w:t>
      </w:r>
      <w:r w:rsidR="00603D57" w:rsidRPr="00452EE9">
        <w:rPr>
          <w:sz w:val="28"/>
          <w:szCs w:val="28"/>
        </w:rPr>
        <w:t xml:space="preserve">Vẫn còn một số đơn vị cấp cơ sở chưa </w:t>
      </w:r>
      <w:r w:rsidR="001901A1" w:rsidRPr="00452EE9">
        <w:rPr>
          <w:sz w:val="28"/>
          <w:szCs w:val="28"/>
        </w:rPr>
        <w:t>nắm bắt đầy đủ, toàn diện nội dung quy định và còn hạn chế về năng lực triển khai các khâu thủ tục nên hiệu quả phát huy vẫn còn hạn chế nhất định.</w:t>
      </w:r>
    </w:p>
    <w:p w:rsidR="00F5479D" w:rsidRPr="00452EE9" w:rsidRDefault="00292BC3" w:rsidP="002B2996">
      <w:pPr>
        <w:spacing w:before="120" w:after="120" w:line="240" w:lineRule="auto"/>
        <w:rPr>
          <w:sz w:val="28"/>
          <w:szCs w:val="28"/>
        </w:rPr>
      </w:pPr>
      <w:r w:rsidRPr="00452EE9">
        <w:rPr>
          <w:b/>
          <w:sz w:val="28"/>
          <w:szCs w:val="28"/>
        </w:rPr>
        <w:t>4. K</w:t>
      </w:r>
      <w:r w:rsidRPr="00452EE9">
        <w:rPr>
          <w:b/>
          <w:sz w:val="28"/>
          <w:szCs w:val="28"/>
        </w:rPr>
        <w:t>hó khăn, vư</w:t>
      </w:r>
      <w:r w:rsidRPr="00452EE9">
        <w:rPr>
          <w:b/>
          <w:sz w:val="28"/>
          <w:szCs w:val="28"/>
        </w:rPr>
        <w:t>ớ</w:t>
      </w:r>
      <w:r w:rsidRPr="00452EE9">
        <w:rPr>
          <w:b/>
          <w:sz w:val="28"/>
          <w:szCs w:val="28"/>
        </w:rPr>
        <w:t>ng m</w:t>
      </w:r>
      <w:r w:rsidRPr="00452EE9">
        <w:rPr>
          <w:b/>
          <w:sz w:val="28"/>
          <w:szCs w:val="28"/>
        </w:rPr>
        <w:t>ắ</w:t>
      </w:r>
      <w:r w:rsidRPr="00452EE9">
        <w:rPr>
          <w:b/>
          <w:sz w:val="28"/>
          <w:szCs w:val="28"/>
        </w:rPr>
        <w:t>c và nguyên nhân</w:t>
      </w:r>
    </w:p>
    <w:p w:rsidR="00F5479D" w:rsidRPr="00452EE9" w:rsidRDefault="00292BC3" w:rsidP="002B2996">
      <w:pPr>
        <w:spacing w:before="120" w:after="120" w:line="240" w:lineRule="auto"/>
        <w:rPr>
          <w:sz w:val="28"/>
          <w:szCs w:val="28"/>
        </w:rPr>
      </w:pPr>
      <w:r w:rsidRPr="00452EE9">
        <w:rPr>
          <w:b/>
          <w:i/>
          <w:sz w:val="28"/>
          <w:szCs w:val="28"/>
        </w:rPr>
        <w:t>4.1. Khó khăn, vư</w:t>
      </w:r>
      <w:r w:rsidRPr="00452EE9">
        <w:rPr>
          <w:b/>
          <w:i/>
          <w:sz w:val="28"/>
          <w:szCs w:val="28"/>
        </w:rPr>
        <w:t>ớ</w:t>
      </w:r>
      <w:r w:rsidRPr="00452EE9">
        <w:rPr>
          <w:b/>
          <w:i/>
          <w:sz w:val="28"/>
          <w:szCs w:val="28"/>
        </w:rPr>
        <w:t>ng m</w:t>
      </w:r>
      <w:r w:rsidRPr="00452EE9">
        <w:rPr>
          <w:b/>
          <w:i/>
          <w:sz w:val="28"/>
          <w:szCs w:val="28"/>
        </w:rPr>
        <w:t>ắ</w:t>
      </w:r>
      <w:r w:rsidRPr="00452EE9">
        <w:rPr>
          <w:b/>
          <w:i/>
          <w:sz w:val="28"/>
          <w:szCs w:val="28"/>
        </w:rPr>
        <w:t>c</w:t>
      </w:r>
    </w:p>
    <w:p w:rsidR="001901A1" w:rsidRPr="00452EE9" w:rsidRDefault="00292BC3" w:rsidP="002B2996">
      <w:pPr>
        <w:spacing w:before="120" w:after="120" w:line="240" w:lineRule="auto"/>
        <w:ind w:firstLine="576"/>
        <w:jc w:val="both"/>
        <w:rPr>
          <w:sz w:val="28"/>
          <w:szCs w:val="28"/>
        </w:rPr>
      </w:pPr>
      <w:r w:rsidRPr="00452EE9">
        <w:rPr>
          <w:sz w:val="28"/>
          <w:szCs w:val="28"/>
        </w:rPr>
        <w:t>Ngu</w:t>
      </w:r>
      <w:r w:rsidRPr="00452EE9">
        <w:rPr>
          <w:sz w:val="28"/>
          <w:szCs w:val="28"/>
        </w:rPr>
        <w:t>ồ</w:t>
      </w:r>
      <w:r w:rsidRPr="00452EE9">
        <w:rPr>
          <w:sz w:val="28"/>
          <w:szCs w:val="28"/>
        </w:rPr>
        <w:t>n nhân l</w:t>
      </w:r>
      <w:r w:rsidRPr="00452EE9">
        <w:rPr>
          <w:sz w:val="28"/>
          <w:szCs w:val="28"/>
        </w:rPr>
        <w:t>ự</w:t>
      </w:r>
      <w:r w:rsidRPr="00452EE9">
        <w:rPr>
          <w:sz w:val="28"/>
          <w:szCs w:val="28"/>
        </w:rPr>
        <w:t>c tr</w:t>
      </w:r>
      <w:r w:rsidRPr="00452EE9">
        <w:rPr>
          <w:sz w:val="28"/>
          <w:szCs w:val="28"/>
        </w:rPr>
        <w:t>ự</w:t>
      </w:r>
      <w:r w:rsidRPr="00452EE9">
        <w:rPr>
          <w:sz w:val="28"/>
          <w:szCs w:val="28"/>
        </w:rPr>
        <w:t>c ti</w:t>
      </w:r>
      <w:r w:rsidRPr="00452EE9">
        <w:rPr>
          <w:sz w:val="28"/>
          <w:szCs w:val="28"/>
        </w:rPr>
        <w:t>ế</w:t>
      </w:r>
      <w:r w:rsidRPr="00452EE9">
        <w:rPr>
          <w:sz w:val="28"/>
          <w:szCs w:val="28"/>
        </w:rPr>
        <w:t>p tham mưu v</w:t>
      </w:r>
      <w:r w:rsidRPr="00452EE9">
        <w:rPr>
          <w:sz w:val="28"/>
          <w:szCs w:val="28"/>
        </w:rPr>
        <w:t>ề</w:t>
      </w:r>
      <w:r w:rsidRPr="00452EE9">
        <w:rPr>
          <w:sz w:val="28"/>
          <w:szCs w:val="28"/>
        </w:rPr>
        <w:t xml:space="preserve"> </w:t>
      </w:r>
      <w:r w:rsidR="001901A1" w:rsidRPr="00452EE9">
        <w:rPr>
          <w:sz w:val="28"/>
          <w:szCs w:val="28"/>
        </w:rPr>
        <w:t>tài chính</w:t>
      </w:r>
      <w:r w:rsidRPr="00452EE9">
        <w:rPr>
          <w:sz w:val="28"/>
          <w:szCs w:val="28"/>
        </w:rPr>
        <w:t xml:space="preserve"> t</w:t>
      </w:r>
      <w:r w:rsidRPr="00452EE9">
        <w:rPr>
          <w:sz w:val="28"/>
          <w:szCs w:val="28"/>
        </w:rPr>
        <w:t>ạ</w:t>
      </w:r>
      <w:r w:rsidRPr="00452EE9">
        <w:rPr>
          <w:sz w:val="28"/>
          <w:szCs w:val="28"/>
        </w:rPr>
        <w:t>i c</w:t>
      </w:r>
      <w:r w:rsidRPr="00452EE9">
        <w:rPr>
          <w:sz w:val="28"/>
          <w:szCs w:val="28"/>
        </w:rPr>
        <w:t>ấ</w:t>
      </w:r>
      <w:r w:rsidRPr="00452EE9">
        <w:rPr>
          <w:sz w:val="28"/>
          <w:szCs w:val="28"/>
        </w:rPr>
        <w:t xml:space="preserve">p </w:t>
      </w:r>
      <w:r w:rsidR="001901A1" w:rsidRPr="00452EE9">
        <w:rPr>
          <w:sz w:val="28"/>
          <w:szCs w:val="28"/>
        </w:rPr>
        <w:t>xã</w:t>
      </w:r>
      <w:r w:rsidRPr="00452EE9">
        <w:rPr>
          <w:sz w:val="28"/>
          <w:szCs w:val="28"/>
        </w:rPr>
        <w:t xml:space="preserve"> còn m</w:t>
      </w:r>
      <w:r w:rsidRPr="00452EE9">
        <w:rPr>
          <w:sz w:val="28"/>
          <w:szCs w:val="28"/>
        </w:rPr>
        <w:t>ỏ</w:t>
      </w:r>
      <w:r w:rsidRPr="00452EE9">
        <w:rPr>
          <w:sz w:val="28"/>
          <w:szCs w:val="28"/>
        </w:rPr>
        <w:t>ng, chưa đư</w:t>
      </w:r>
      <w:r w:rsidRPr="00452EE9">
        <w:rPr>
          <w:sz w:val="28"/>
          <w:szCs w:val="28"/>
        </w:rPr>
        <w:t>ợ</w:t>
      </w:r>
      <w:r w:rsidRPr="00452EE9">
        <w:rPr>
          <w:sz w:val="28"/>
          <w:szCs w:val="28"/>
        </w:rPr>
        <w:t>c đào t</w:t>
      </w:r>
      <w:r w:rsidRPr="00452EE9">
        <w:rPr>
          <w:sz w:val="28"/>
          <w:szCs w:val="28"/>
        </w:rPr>
        <w:t>ạ</w:t>
      </w:r>
      <w:r w:rsidRPr="00452EE9">
        <w:rPr>
          <w:sz w:val="28"/>
          <w:szCs w:val="28"/>
        </w:rPr>
        <w:t>o chuyên sâu</w:t>
      </w:r>
      <w:r w:rsidRPr="00452EE9">
        <w:rPr>
          <w:sz w:val="28"/>
          <w:szCs w:val="28"/>
        </w:rPr>
        <w:t>, trong khi kh</w:t>
      </w:r>
      <w:r w:rsidRPr="00452EE9">
        <w:rPr>
          <w:sz w:val="28"/>
          <w:szCs w:val="28"/>
        </w:rPr>
        <w:t>ố</w:t>
      </w:r>
      <w:r w:rsidRPr="00452EE9">
        <w:rPr>
          <w:sz w:val="28"/>
          <w:szCs w:val="28"/>
        </w:rPr>
        <w:t>i lư</w:t>
      </w:r>
      <w:r w:rsidRPr="00452EE9">
        <w:rPr>
          <w:sz w:val="28"/>
          <w:szCs w:val="28"/>
        </w:rPr>
        <w:t>ợ</w:t>
      </w:r>
      <w:r w:rsidRPr="00452EE9">
        <w:rPr>
          <w:sz w:val="28"/>
          <w:szCs w:val="28"/>
        </w:rPr>
        <w:t>ng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Pr="00452EE9">
        <w:rPr>
          <w:sz w:val="28"/>
          <w:szCs w:val="28"/>
        </w:rPr>
        <w:t>ngà</w:t>
      </w:r>
      <w:r w:rsidRPr="00452EE9">
        <w:rPr>
          <w:sz w:val="28"/>
          <w:szCs w:val="28"/>
        </w:rPr>
        <w:t>y càng l</w:t>
      </w:r>
      <w:r w:rsidRPr="00452EE9">
        <w:rPr>
          <w:sz w:val="28"/>
          <w:szCs w:val="28"/>
        </w:rPr>
        <w:t>ớ</w:t>
      </w:r>
      <w:r w:rsidRPr="00452EE9">
        <w:rPr>
          <w:sz w:val="28"/>
          <w:szCs w:val="28"/>
        </w:rPr>
        <w:t>n và có yêu c</w:t>
      </w:r>
      <w:r w:rsidRPr="00452EE9">
        <w:rPr>
          <w:sz w:val="28"/>
          <w:szCs w:val="28"/>
        </w:rPr>
        <w:t>ầ</w:t>
      </w:r>
      <w:r w:rsidRPr="00452EE9">
        <w:rPr>
          <w:sz w:val="28"/>
          <w:szCs w:val="28"/>
        </w:rPr>
        <w:t>u chuyên môn, k</w:t>
      </w:r>
      <w:r w:rsidRPr="00452EE9">
        <w:rPr>
          <w:sz w:val="28"/>
          <w:szCs w:val="28"/>
        </w:rPr>
        <w:t>ỹ</w:t>
      </w:r>
      <w:r w:rsidRPr="00452EE9">
        <w:rPr>
          <w:sz w:val="28"/>
          <w:szCs w:val="28"/>
        </w:rPr>
        <w:t xml:space="preserve"> thu</w:t>
      </w:r>
      <w:r w:rsidRPr="00452EE9">
        <w:rPr>
          <w:sz w:val="28"/>
          <w:szCs w:val="28"/>
        </w:rPr>
        <w:t>ậ</w:t>
      </w:r>
      <w:r w:rsidRPr="00452EE9">
        <w:rPr>
          <w:sz w:val="28"/>
          <w:szCs w:val="28"/>
        </w:rPr>
        <w:t>t cao.</w:t>
      </w:r>
    </w:p>
    <w:p w:rsidR="00F5479D" w:rsidRPr="00452EE9" w:rsidRDefault="00292BC3" w:rsidP="002B2996">
      <w:pPr>
        <w:spacing w:before="120" w:after="120" w:line="240" w:lineRule="auto"/>
        <w:ind w:firstLine="576"/>
        <w:jc w:val="both"/>
        <w:rPr>
          <w:sz w:val="28"/>
          <w:szCs w:val="28"/>
        </w:rPr>
      </w:pPr>
      <w:r w:rsidRPr="00452EE9">
        <w:rPr>
          <w:sz w:val="28"/>
          <w:szCs w:val="28"/>
        </w:rPr>
        <w:t>Đ</w:t>
      </w:r>
      <w:r w:rsidRPr="00452EE9">
        <w:rPr>
          <w:sz w:val="28"/>
          <w:szCs w:val="28"/>
        </w:rPr>
        <w:t>ộ</w:t>
      </w:r>
      <w:r w:rsidRPr="00452EE9">
        <w:rPr>
          <w:sz w:val="28"/>
          <w:szCs w:val="28"/>
        </w:rPr>
        <w:t>i ngũ cán b</w:t>
      </w:r>
      <w:r w:rsidRPr="00452EE9">
        <w:rPr>
          <w:sz w:val="28"/>
          <w:szCs w:val="28"/>
        </w:rPr>
        <w:t>ộ</w:t>
      </w:r>
      <w:r w:rsidRPr="00452EE9">
        <w:rPr>
          <w:sz w:val="28"/>
          <w:szCs w:val="28"/>
        </w:rPr>
        <w:t xml:space="preserve"> ph</w:t>
      </w:r>
      <w:r w:rsidRPr="00452EE9">
        <w:rPr>
          <w:sz w:val="28"/>
          <w:szCs w:val="28"/>
        </w:rPr>
        <w:t>ụ</w:t>
      </w:r>
      <w:r w:rsidRPr="00452EE9">
        <w:rPr>
          <w:sz w:val="28"/>
          <w:szCs w:val="28"/>
        </w:rPr>
        <w:t xml:space="preserve"> trách </w:t>
      </w:r>
      <w:r w:rsidRPr="00452EE9">
        <w:rPr>
          <w:sz w:val="28"/>
          <w:szCs w:val="28"/>
        </w:rPr>
        <w:t>t</w:t>
      </w:r>
      <w:r w:rsidRPr="00452EE9">
        <w:rPr>
          <w:sz w:val="28"/>
          <w:szCs w:val="28"/>
        </w:rPr>
        <w:t>ạ</w:t>
      </w:r>
      <w:r w:rsidRPr="00452EE9">
        <w:rPr>
          <w:sz w:val="28"/>
          <w:szCs w:val="28"/>
        </w:rPr>
        <w:t>i đ</w:t>
      </w:r>
      <w:r w:rsidRPr="00452EE9">
        <w:rPr>
          <w:sz w:val="28"/>
          <w:szCs w:val="28"/>
        </w:rPr>
        <w:t>ị</w:t>
      </w:r>
      <w:r w:rsidRPr="00452EE9">
        <w:rPr>
          <w:sz w:val="28"/>
          <w:szCs w:val="28"/>
        </w:rPr>
        <w:t>a phương ch</w:t>
      </w:r>
      <w:r w:rsidRPr="00452EE9">
        <w:rPr>
          <w:sz w:val="28"/>
          <w:szCs w:val="28"/>
        </w:rPr>
        <w:t>ủ</w:t>
      </w:r>
      <w:r w:rsidRPr="00452EE9">
        <w:rPr>
          <w:sz w:val="28"/>
          <w:szCs w:val="28"/>
        </w:rPr>
        <w:t xml:space="preserve"> y</w:t>
      </w:r>
      <w:r w:rsidRPr="00452EE9">
        <w:rPr>
          <w:sz w:val="28"/>
          <w:szCs w:val="28"/>
        </w:rPr>
        <w:t>ế</w:t>
      </w:r>
      <w:r w:rsidRPr="00452EE9">
        <w:rPr>
          <w:sz w:val="28"/>
          <w:szCs w:val="28"/>
        </w:rPr>
        <w:t>u kiêm nhi</w:t>
      </w:r>
      <w:r w:rsidRPr="00452EE9">
        <w:rPr>
          <w:sz w:val="28"/>
          <w:szCs w:val="28"/>
        </w:rPr>
        <w:t>ệ</w:t>
      </w:r>
      <w:r w:rsidRPr="00452EE9">
        <w:rPr>
          <w:sz w:val="28"/>
          <w:szCs w:val="28"/>
        </w:rPr>
        <w:t>m nhi</w:t>
      </w:r>
      <w:r w:rsidRPr="00452EE9">
        <w:rPr>
          <w:sz w:val="28"/>
          <w:szCs w:val="28"/>
        </w:rPr>
        <w:t>ề</w:t>
      </w:r>
      <w:r w:rsidRPr="00452EE9">
        <w:rPr>
          <w:sz w:val="28"/>
          <w:szCs w:val="28"/>
        </w:rPr>
        <w:t>u lĩnh v</w:t>
      </w:r>
      <w:r w:rsidRPr="00452EE9">
        <w:rPr>
          <w:sz w:val="28"/>
          <w:szCs w:val="28"/>
        </w:rPr>
        <w:t>ự</w:t>
      </w:r>
      <w:r w:rsidRPr="00452EE9">
        <w:rPr>
          <w:sz w:val="28"/>
          <w:szCs w:val="28"/>
        </w:rPr>
        <w:t>c; trong khi yêu c</w:t>
      </w:r>
      <w:r w:rsidRPr="00452EE9">
        <w:rPr>
          <w:sz w:val="28"/>
          <w:szCs w:val="28"/>
        </w:rPr>
        <w:t>ầ</w:t>
      </w:r>
      <w:r w:rsidRPr="00452EE9">
        <w:rPr>
          <w:sz w:val="28"/>
          <w:szCs w:val="28"/>
        </w:rPr>
        <w:t>u v</w:t>
      </w:r>
      <w:r w:rsidRPr="00452EE9">
        <w:rPr>
          <w:sz w:val="28"/>
          <w:szCs w:val="28"/>
        </w:rPr>
        <w:t>ề</w:t>
      </w:r>
      <w:r w:rsidRPr="00452EE9">
        <w:rPr>
          <w:sz w:val="28"/>
          <w:szCs w:val="28"/>
        </w:rPr>
        <w:t xml:space="preserve"> h</w:t>
      </w:r>
      <w:r w:rsidRPr="00452EE9">
        <w:rPr>
          <w:sz w:val="28"/>
          <w:szCs w:val="28"/>
        </w:rPr>
        <w:t>ồ</w:t>
      </w:r>
      <w:r w:rsidRPr="00452EE9">
        <w:rPr>
          <w:sz w:val="28"/>
          <w:szCs w:val="28"/>
        </w:rPr>
        <w:t xml:space="preserve"> sơ, th</w:t>
      </w:r>
      <w:r w:rsidRPr="00452EE9">
        <w:rPr>
          <w:sz w:val="28"/>
          <w:szCs w:val="28"/>
        </w:rPr>
        <w:t>ủ</w:t>
      </w:r>
      <w:r w:rsidRPr="00452EE9">
        <w:rPr>
          <w:sz w:val="28"/>
          <w:szCs w:val="28"/>
        </w:rPr>
        <w:t xml:space="preserve"> t</w:t>
      </w:r>
      <w:r w:rsidRPr="00452EE9">
        <w:rPr>
          <w:sz w:val="28"/>
          <w:szCs w:val="28"/>
        </w:rPr>
        <w:t>ụ</w:t>
      </w:r>
      <w:r w:rsidRPr="00452EE9">
        <w:rPr>
          <w:sz w:val="28"/>
          <w:szCs w:val="28"/>
        </w:rPr>
        <w:t xml:space="preserve">c </w:t>
      </w:r>
      <w:r w:rsidR="001901A1" w:rsidRPr="00452EE9">
        <w:rPr>
          <w:sz w:val="28"/>
          <w:szCs w:val="28"/>
        </w:rPr>
        <w:t xml:space="preserve">triển khai </w:t>
      </w:r>
      <w:r w:rsidRPr="00452EE9">
        <w:rPr>
          <w:sz w:val="28"/>
          <w:szCs w:val="28"/>
        </w:rPr>
        <w:t>và thanh quy</w:t>
      </w:r>
      <w:r w:rsidRPr="00452EE9">
        <w:rPr>
          <w:sz w:val="28"/>
          <w:szCs w:val="28"/>
        </w:rPr>
        <w:t>ế</w:t>
      </w:r>
      <w:r w:rsidRPr="00452EE9">
        <w:rPr>
          <w:sz w:val="28"/>
          <w:szCs w:val="28"/>
        </w:rPr>
        <w:t>t toán tương đ</w:t>
      </w:r>
      <w:r w:rsidRPr="00452EE9">
        <w:rPr>
          <w:sz w:val="28"/>
          <w:szCs w:val="28"/>
        </w:rPr>
        <w:t>ố</w:t>
      </w:r>
      <w:r w:rsidRPr="00452EE9">
        <w:rPr>
          <w:sz w:val="28"/>
          <w:szCs w:val="28"/>
        </w:rPr>
        <w:t>i nhi</w:t>
      </w:r>
      <w:r w:rsidRPr="00452EE9">
        <w:rPr>
          <w:sz w:val="28"/>
          <w:szCs w:val="28"/>
        </w:rPr>
        <w:t>ề</w:t>
      </w:r>
      <w:r w:rsidRPr="00452EE9">
        <w:rPr>
          <w:sz w:val="28"/>
          <w:szCs w:val="28"/>
        </w:rPr>
        <w:t xml:space="preserve">u, </w:t>
      </w:r>
      <w:r w:rsidRPr="00452EE9">
        <w:rPr>
          <w:sz w:val="28"/>
          <w:szCs w:val="28"/>
        </w:rPr>
        <w:t>ả</w:t>
      </w:r>
      <w:r w:rsidRPr="00452EE9">
        <w:rPr>
          <w:sz w:val="28"/>
          <w:szCs w:val="28"/>
        </w:rPr>
        <w:t>nh hư</w:t>
      </w:r>
      <w:r w:rsidRPr="00452EE9">
        <w:rPr>
          <w:sz w:val="28"/>
          <w:szCs w:val="28"/>
        </w:rPr>
        <w:t>ở</w:t>
      </w:r>
      <w:r w:rsidRPr="00452EE9">
        <w:rPr>
          <w:sz w:val="28"/>
          <w:szCs w:val="28"/>
        </w:rPr>
        <w:t>ng nh</w:t>
      </w:r>
      <w:r w:rsidRPr="00452EE9">
        <w:rPr>
          <w:sz w:val="28"/>
          <w:szCs w:val="28"/>
        </w:rPr>
        <w:t>ấ</w:t>
      </w:r>
      <w:r w:rsidRPr="00452EE9">
        <w:rPr>
          <w:sz w:val="28"/>
          <w:szCs w:val="28"/>
        </w:rPr>
        <w:t>t đ</w:t>
      </w:r>
      <w:r w:rsidRPr="00452EE9">
        <w:rPr>
          <w:sz w:val="28"/>
          <w:szCs w:val="28"/>
        </w:rPr>
        <w:t>ị</w:t>
      </w:r>
      <w:r w:rsidRPr="00452EE9">
        <w:rPr>
          <w:sz w:val="28"/>
          <w:szCs w:val="28"/>
        </w:rPr>
        <w:t>nh đ</w:t>
      </w:r>
      <w:r w:rsidRPr="00452EE9">
        <w:rPr>
          <w:sz w:val="28"/>
          <w:szCs w:val="28"/>
        </w:rPr>
        <w:t>ế</w:t>
      </w:r>
      <w:r w:rsidRPr="00452EE9">
        <w:rPr>
          <w:sz w:val="28"/>
          <w:szCs w:val="28"/>
        </w:rPr>
        <w:t>n ti</w:t>
      </w:r>
      <w:r w:rsidRPr="00452EE9">
        <w:rPr>
          <w:sz w:val="28"/>
          <w:szCs w:val="28"/>
        </w:rPr>
        <w:t>ế</w:t>
      </w:r>
      <w:r w:rsidRPr="00452EE9">
        <w:rPr>
          <w:sz w:val="28"/>
          <w:szCs w:val="28"/>
        </w:rPr>
        <w:t>n đ</w:t>
      </w:r>
      <w:r w:rsidRPr="00452EE9">
        <w:rPr>
          <w:sz w:val="28"/>
          <w:szCs w:val="28"/>
        </w:rPr>
        <w:t>ộ</w:t>
      </w:r>
      <w:r w:rsidRPr="00452EE9">
        <w:rPr>
          <w:sz w:val="28"/>
          <w:szCs w:val="28"/>
        </w:rPr>
        <w:t xml:space="preserve"> tham mưu và hoàn thi</w:t>
      </w:r>
      <w:r w:rsidRPr="00452EE9">
        <w:rPr>
          <w:sz w:val="28"/>
          <w:szCs w:val="28"/>
        </w:rPr>
        <w:t>ệ</w:t>
      </w:r>
      <w:r w:rsidRPr="00452EE9">
        <w:rPr>
          <w:sz w:val="28"/>
          <w:szCs w:val="28"/>
        </w:rPr>
        <w:t>n h</w:t>
      </w:r>
      <w:r w:rsidRPr="00452EE9">
        <w:rPr>
          <w:sz w:val="28"/>
          <w:szCs w:val="28"/>
        </w:rPr>
        <w:t>ồ</w:t>
      </w:r>
      <w:r w:rsidRPr="00452EE9">
        <w:rPr>
          <w:sz w:val="28"/>
          <w:szCs w:val="28"/>
        </w:rPr>
        <w:t xml:space="preserve"> sơ. Kinh phí chi thư</w:t>
      </w:r>
      <w:r w:rsidRPr="00452EE9">
        <w:rPr>
          <w:sz w:val="28"/>
          <w:szCs w:val="28"/>
        </w:rPr>
        <w:t>ờ</w:t>
      </w:r>
      <w:r w:rsidRPr="00452EE9">
        <w:rPr>
          <w:sz w:val="28"/>
          <w:szCs w:val="28"/>
        </w:rPr>
        <w:t>ng xuyên b</w:t>
      </w:r>
      <w:r w:rsidRPr="00452EE9">
        <w:rPr>
          <w:sz w:val="28"/>
          <w:szCs w:val="28"/>
        </w:rPr>
        <w:t>ố</w:t>
      </w:r>
      <w:r w:rsidRPr="00452EE9">
        <w:rPr>
          <w:sz w:val="28"/>
          <w:szCs w:val="28"/>
        </w:rPr>
        <w:t xml:space="preserve"> trí cho các nhi</w:t>
      </w:r>
      <w:r w:rsidRPr="00452EE9">
        <w:rPr>
          <w:sz w:val="28"/>
          <w:szCs w:val="28"/>
        </w:rPr>
        <w:t>ệ</w:t>
      </w:r>
      <w:r w:rsidRPr="00452EE9">
        <w:rPr>
          <w:sz w:val="28"/>
          <w:szCs w:val="28"/>
        </w:rPr>
        <w:t>m v</w:t>
      </w:r>
      <w:r w:rsidRPr="00452EE9">
        <w:rPr>
          <w:sz w:val="28"/>
          <w:szCs w:val="28"/>
        </w:rPr>
        <w:t>ụ</w:t>
      </w:r>
      <w:r w:rsidRPr="00452EE9">
        <w:rPr>
          <w:sz w:val="28"/>
          <w:szCs w:val="28"/>
        </w:rPr>
        <w:t xml:space="preserve"> </w:t>
      </w:r>
      <w:r w:rsidRPr="00452EE9">
        <w:rPr>
          <w:sz w:val="28"/>
          <w:szCs w:val="28"/>
        </w:rPr>
        <w:t>t</w:t>
      </w:r>
      <w:r w:rsidRPr="00452EE9">
        <w:rPr>
          <w:sz w:val="28"/>
          <w:szCs w:val="28"/>
        </w:rPr>
        <w:t>ạ</w:t>
      </w:r>
      <w:r w:rsidRPr="00452EE9">
        <w:rPr>
          <w:sz w:val="28"/>
          <w:szCs w:val="28"/>
        </w:rPr>
        <w:t xml:space="preserve">i </w:t>
      </w:r>
      <w:r w:rsidR="001901A1" w:rsidRPr="00452EE9">
        <w:rPr>
          <w:sz w:val="28"/>
          <w:szCs w:val="28"/>
        </w:rPr>
        <w:t>cấp xã</w:t>
      </w:r>
      <w:r w:rsidRPr="00452EE9">
        <w:rPr>
          <w:sz w:val="28"/>
          <w:szCs w:val="28"/>
        </w:rPr>
        <w:t xml:space="preserve"> </w:t>
      </w:r>
      <w:r w:rsidR="001901A1" w:rsidRPr="00452EE9">
        <w:rPr>
          <w:sz w:val="28"/>
          <w:szCs w:val="28"/>
        </w:rPr>
        <w:t>đôi khi chưa phù hợp</w:t>
      </w:r>
      <w:r w:rsidRPr="00452EE9">
        <w:rPr>
          <w:sz w:val="28"/>
          <w:szCs w:val="28"/>
        </w:rPr>
        <w:t xml:space="preserve"> v</w:t>
      </w:r>
      <w:r w:rsidRPr="00452EE9">
        <w:rPr>
          <w:sz w:val="28"/>
          <w:szCs w:val="28"/>
        </w:rPr>
        <w:t>ớ</w:t>
      </w:r>
      <w:r w:rsidRPr="00452EE9">
        <w:rPr>
          <w:sz w:val="28"/>
          <w:szCs w:val="28"/>
        </w:rPr>
        <w:t>i nhu c</w:t>
      </w:r>
      <w:r w:rsidRPr="00452EE9">
        <w:rPr>
          <w:sz w:val="28"/>
          <w:szCs w:val="28"/>
        </w:rPr>
        <w:t>ầ</w:t>
      </w:r>
      <w:r w:rsidRPr="00452EE9">
        <w:rPr>
          <w:sz w:val="28"/>
          <w:szCs w:val="28"/>
        </w:rPr>
        <w:t>u th</w:t>
      </w:r>
      <w:r w:rsidRPr="00452EE9">
        <w:rPr>
          <w:sz w:val="28"/>
          <w:szCs w:val="28"/>
        </w:rPr>
        <w:t>ự</w:t>
      </w:r>
      <w:r w:rsidRPr="00452EE9">
        <w:rPr>
          <w:sz w:val="28"/>
          <w:szCs w:val="28"/>
        </w:rPr>
        <w:t>c t</w:t>
      </w:r>
      <w:r w:rsidRPr="00452EE9">
        <w:rPr>
          <w:sz w:val="28"/>
          <w:szCs w:val="28"/>
        </w:rPr>
        <w:t>ế</w:t>
      </w:r>
      <w:r w:rsidRPr="00452EE9">
        <w:rPr>
          <w:sz w:val="28"/>
          <w:szCs w:val="28"/>
        </w:rPr>
        <w:t>.</w:t>
      </w:r>
    </w:p>
    <w:p w:rsidR="00F5479D" w:rsidRPr="00452EE9" w:rsidRDefault="00292BC3" w:rsidP="002B2996">
      <w:pPr>
        <w:spacing w:before="120" w:after="120" w:line="240" w:lineRule="auto"/>
        <w:rPr>
          <w:sz w:val="28"/>
          <w:szCs w:val="28"/>
        </w:rPr>
      </w:pPr>
      <w:r w:rsidRPr="00452EE9">
        <w:rPr>
          <w:b/>
          <w:i/>
          <w:sz w:val="28"/>
          <w:szCs w:val="28"/>
        </w:rPr>
        <w:t>4.2. Nguyên nhân</w:t>
      </w:r>
    </w:p>
    <w:p w:rsidR="00F5479D" w:rsidRPr="00452EE9" w:rsidRDefault="001901A1" w:rsidP="002B2996">
      <w:pPr>
        <w:spacing w:before="120" w:after="120" w:line="240" w:lineRule="auto"/>
        <w:ind w:firstLine="576"/>
        <w:jc w:val="both"/>
        <w:rPr>
          <w:sz w:val="28"/>
          <w:szCs w:val="28"/>
        </w:rPr>
      </w:pPr>
      <w:r w:rsidRPr="00452EE9">
        <w:rPr>
          <w:sz w:val="28"/>
          <w:szCs w:val="28"/>
        </w:rPr>
        <w:t>Việc triển khai sắp xếp bộ máy chính quyền 02 cấp vừa mới triển khai trong năm 2025 nên việc vận hành bộ máy các cấp trong triển khai nhiệm vụ chung vẫn còn hạn chế nhất định</w:t>
      </w:r>
      <w:r w:rsidR="00292BC3" w:rsidRPr="00452EE9">
        <w:rPr>
          <w:sz w:val="28"/>
          <w:szCs w:val="28"/>
        </w:rPr>
        <w:t>.</w:t>
      </w:r>
    </w:p>
    <w:p w:rsidR="00F5479D" w:rsidRPr="00452EE9" w:rsidRDefault="00292BC3" w:rsidP="002B2996">
      <w:pPr>
        <w:spacing w:before="120" w:after="120" w:line="240" w:lineRule="auto"/>
        <w:rPr>
          <w:sz w:val="28"/>
          <w:szCs w:val="28"/>
        </w:rPr>
      </w:pPr>
      <w:r w:rsidRPr="00452EE9">
        <w:rPr>
          <w:b/>
          <w:sz w:val="28"/>
          <w:szCs w:val="28"/>
        </w:rPr>
        <w:t>5. Xác đ</w:t>
      </w:r>
      <w:r w:rsidRPr="00452EE9">
        <w:rPr>
          <w:b/>
          <w:sz w:val="28"/>
          <w:szCs w:val="28"/>
        </w:rPr>
        <w:t>ị</w:t>
      </w:r>
      <w:r w:rsidRPr="00452EE9">
        <w:rPr>
          <w:b/>
          <w:sz w:val="28"/>
          <w:szCs w:val="28"/>
        </w:rPr>
        <w:t>nh nh</w:t>
      </w:r>
      <w:r w:rsidRPr="00452EE9">
        <w:rPr>
          <w:b/>
          <w:sz w:val="28"/>
          <w:szCs w:val="28"/>
        </w:rPr>
        <w:t>ữ</w:t>
      </w:r>
      <w:r w:rsidRPr="00452EE9">
        <w:rPr>
          <w:b/>
          <w:sz w:val="28"/>
          <w:szCs w:val="28"/>
        </w:rPr>
        <w:t>ng v</w:t>
      </w:r>
      <w:r w:rsidRPr="00452EE9">
        <w:rPr>
          <w:b/>
          <w:sz w:val="28"/>
          <w:szCs w:val="28"/>
        </w:rPr>
        <w:t>ấ</w:t>
      </w:r>
      <w:r w:rsidRPr="00452EE9">
        <w:rPr>
          <w:b/>
          <w:sz w:val="28"/>
          <w:szCs w:val="28"/>
        </w:rPr>
        <w:t>n đ</w:t>
      </w:r>
      <w:r w:rsidRPr="00452EE9">
        <w:rPr>
          <w:b/>
          <w:sz w:val="28"/>
          <w:szCs w:val="28"/>
        </w:rPr>
        <w:t>ề</w:t>
      </w:r>
      <w:r w:rsidRPr="00452EE9">
        <w:rPr>
          <w:b/>
          <w:sz w:val="28"/>
          <w:szCs w:val="28"/>
        </w:rPr>
        <w:t xml:space="preserve"> m</w:t>
      </w:r>
      <w:r w:rsidRPr="00452EE9">
        <w:rPr>
          <w:b/>
          <w:sz w:val="28"/>
          <w:szCs w:val="28"/>
        </w:rPr>
        <w:t>ớ</w:t>
      </w:r>
      <w:r w:rsidRPr="00452EE9">
        <w:rPr>
          <w:b/>
          <w:sz w:val="28"/>
          <w:szCs w:val="28"/>
        </w:rPr>
        <w:t>i phát s</w:t>
      </w:r>
      <w:r w:rsidRPr="00452EE9">
        <w:rPr>
          <w:b/>
          <w:sz w:val="28"/>
          <w:szCs w:val="28"/>
        </w:rPr>
        <w:t>inh trong th</w:t>
      </w:r>
      <w:r w:rsidRPr="00452EE9">
        <w:rPr>
          <w:b/>
          <w:sz w:val="28"/>
          <w:szCs w:val="28"/>
        </w:rPr>
        <w:t>ự</w:t>
      </w:r>
      <w:r w:rsidRPr="00452EE9">
        <w:rPr>
          <w:b/>
          <w:sz w:val="28"/>
          <w:szCs w:val="28"/>
        </w:rPr>
        <w:t>c ti</w:t>
      </w:r>
      <w:r w:rsidRPr="00452EE9">
        <w:rPr>
          <w:b/>
          <w:sz w:val="28"/>
          <w:szCs w:val="28"/>
        </w:rPr>
        <w:t>ễ</w:t>
      </w:r>
      <w:r w:rsidRPr="00452EE9">
        <w:rPr>
          <w:b/>
          <w:sz w:val="28"/>
          <w:szCs w:val="28"/>
        </w:rPr>
        <w:t>n</w:t>
      </w:r>
    </w:p>
    <w:p w:rsidR="00F5479D" w:rsidRPr="00452EE9" w:rsidRDefault="00292BC3" w:rsidP="002B2996">
      <w:pPr>
        <w:spacing w:before="120" w:after="120" w:line="240" w:lineRule="auto"/>
        <w:rPr>
          <w:sz w:val="28"/>
          <w:szCs w:val="28"/>
        </w:rPr>
      </w:pPr>
      <w:r w:rsidRPr="00452EE9">
        <w:rPr>
          <w:b/>
          <w:i/>
          <w:sz w:val="28"/>
          <w:szCs w:val="28"/>
        </w:rPr>
        <w:t>5.1. Quy đ</w:t>
      </w:r>
      <w:r w:rsidRPr="00452EE9">
        <w:rPr>
          <w:b/>
          <w:i/>
          <w:sz w:val="28"/>
          <w:szCs w:val="28"/>
        </w:rPr>
        <w:t>ị</w:t>
      </w:r>
      <w:r w:rsidRPr="00452EE9">
        <w:rPr>
          <w:b/>
          <w:i/>
          <w:sz w:val="28"/>
          <w:szCs w:val="28"/>
        </w:rPr>
        <w:t>nh chuy</w:t>
      </w:r>
      <w:r w:rsidRPr="00452EE9">
        <w:rPr>
          <w:b/>
          <w:i/>
          <w:sz w:val="28"/>
          <w:szCs w:val="28"/>
        </w:rPr>
        <w:t>ể</w:t>
      </w:r>
      <w:r w:rsidRPr="00452EE9">
        <w:rPr>
          <w:b/>
          <w:i/>
          <w:sz w:val="28"/>
          <w:szCs w:val="28"/>
        </w:rPr>
        <w:t>n ti</w:t>
      </w:r>
      <w:r w:rsidRPr="00452EE9">
        <w:rPr>
          <w:b/>
          <w:i/>
          <w:sz w:val="28"/>
          <w:szCs w:val="28"/>
        </w:rPr>
        <w:t>ế</w:t>
      </w:r>
      <w:r w:rsidRPr="00452EE9">
        <w:rPr>
          <w:b/>
          <w:i/>
          <w:sz w:val="28"/>
          <w:szCs w:val="28"/>
        </w:rPr>
        <w:t>p đ</w:t>
      </w:r>
      <w:r w:rsidRPr="00452EE9">
        <w:rPr>
          <w:b/>
          <w:i/>
          <w:sz w:val="28"/>
          <w:szCs w:val="28"/>
        </w:rPr>
        <w:t>ố</w:t>
      </w:r>
      <w:r w:rsidRPr="00452EE9">
        <w:rPr>
          <w:b/>
          <w:i/>
          <w:sz w:val="28"/>
          <w:szCs w:val="28"/>
        </w:rPr>
        <w:t>i v</w:t>
      </w:r>
      <w:r w:rsidRPr="00452EE9">
        <w:rPr>
          <w:b/>
          <w:i/>
          <w:sz w:val="28"/>
          <w:szCs w:val="28"/>
        </w:rPr>
        <w:t>ớ</w:t>
      </w:r>
      <w:r w:rsidRPr="00452EE9">
        <w:rPr>
          <w:b/>
          <w:i/>
          <w:sz w:val="28"/>
          <w:szCs w:val="28"/>
        </w:rPr>
        <w:t>i các trư</w:t>
      </w:r>
      <w:r w:rsidRPr="00452EE9">
        <w:rPr>
          <w:b/>
          <w:i/>
          <w:sz w:val="28"/>
          <w:szCs w:val="28"/>
        </w:rPr>
        <w:t>ờ</w:t>
      </w:r>
      <w:r w:rsidRPr="00452EE9">
        <w:rPr>
          <w:b/>
          <w:i/>
          <w:sz w:val="28"/>
          <w:szCs w:val="28"/>
        </w:rPr>
        <w:t>ng h</w:t>
      </w:r>
      <w:r w:rsidRPr="00452EE9">
        <w:rPr>
          <w:b/>
          <w:i/>
          <w:sz w:val="28"/>
          <w:szCs w:val="28"/>
        </w:rPr>
        <w:t>ợ</w:t>
      </w:r>
      <w:r w:rsidRPr="00452EE9">
        <w:rPr>
          <w:b/>
          <w:i/>
          <w:sz w:val="28"/>
          <w:szCs w:val="28"/>
        </w:rPr>
        <w:t>p đang th</w:t>
      </w:r>
      <w:r w:rsidRPr="00452EE9">
        <w:rPr>
          <w:b/>
          <w:i/>
          <w:sz w:val="28"/>
          <w:szCs w:val="28"/>
        </w:rPr>
        <w:t>ự</w:t>
      </w:r>
      <w:r w:rsidRPr="00452EE9">
        <w:rPr>
          <w:b/>
          <w:i/>
          <w:sz w:val="28"/>
          <w:szCs w:val="28"/>
        </w:rPr>
        <w:t>c hi</w:t>
      </w:r>
      <w:r w:rsidRPr="00452EE9">
        <w:rPr>
          <w:b/>
          <w:i/>
          <w:sz w:val="28"/>
          <w:szCs w:val="28"/>
        </w:rPr>
        <w:t>ệ</w:t>
      </w:r>
      <w:r w:rsidRPr="00452EE9">
        <w:rPr>
          <w:b/>
          <w:i/>
          <w:sz w:val="28"/>
          <w:szCs w:val="28"/>
        </w:rPr>
        <w:t>n</w:t>
      </w:r>
    </w:p>
    <w:p w:rsidR="00F5479D" w:rsidRPr="00452EE9" w:rsidRDefault="00292BC3" w:rsidP="002B2996">
      <w:pPr>
        <w:spacing w:before="120" w:after="120" w:line="240" w:lineRule="auto"/>
        <w:ind w:firstLine="576"/>
        <w:jc w:val="both"/>
        <w:rPr>
          <w:sz w:val="28"/>
          <w:szCs w:val="28"/>
        </w:rPr>
      </w:pPr>
      <w:r w:rsidRPr="00452EE9">
        <w:rPr>
          <w:sz w:val="28"/>
          <w:szCs w:val="28"/>
        </w:rPr>
        <w:t>Không có.</w:t>
      </w:r>
    </w:p>
    <w:p w:rsidR="00F5479D" w:rsidRPr="00452EE9" w:rsidRDefault="00292BC3" w:rsidP="002B2996">
      <w:pPr>
        <w:spacing w:before="120" w:after="120" w:line="240" w:lineRule="auto"/>
        <w:rPr>
          <w:sz w:val="28"/>
          <w:szCs w:val="28"/>
        </w:rPr>
      </w:pPr>
      <w:r w:rsidRPr="00452EE9">
        <w:rPr>
          <w:b/>
          <w:i/>
          <w:sz w:val="28"/>
          <w:szCs w:val="28"/>
        </w:rPr>
        <w:t>5.2. Đánh giá tác đ</w:t>
      </w:r>
      <w:r w:rsidRPr="00452EE9">
        <w:rPr>
          <w:b/>
          <w:i/>
          <w:sz w:val="28"/>
          <w:szCs w:val="28"/>
        </w:rPr>
        <w:t>ộ</w:t>
      </w:r>
      <w:r w:rsidRPr="00452EE9">
        <w:rPr>
          <w:b/>
          <w:i/>
          <w:sz w:val="28"/>
          <w:szCs w:val="28"/>
        </w:rPr>
        <w:t>ng và kh</w:t>
      </w:r>
      <w:r w:rsidRPr="00452EE9">
        <w:rPr>
          <w:b/>
          <w:i/>
          <w:sz w:val="28"/>
          <w:szCs w:val="28"/>
        </w:rPr>
        <w:t>ả</w:t>
      </w:r>
      <w:r w:rsidRPr="00452EE9">
        <w:rPr>
          <w:b/>
          <w:i/>
          <w:sz w:val="28"/>
          <w:szCs w:val="28"/>
        </w:rPr>
        <w:t xml:space="preserve"> năng phát sinh kho</w:t>
      </w:r>
      <w:r w:rsidRPr="00452EE9">
        <w:rPr>
          <w:b/>
          <w:i/>
          <w:sz w:val="28"/>
          <w:szCs w:val="28"/>
        </w:rPr>
        <w:t>ả</w:t>
      </w:r>
      <w:r w:rsidRPr="00452EE9">
        <w:rPr>
          <w:b/>
          <w:i/>
          <w:sz w:val="28"/>
          <w:szCs w:val="28"/>
        </w:rPr>
        <w:t>ng tr</w:t>
      </w:r>
      <w:r w:rsidRPr="00452EE9">
        <w:rPr>
          <w:b/>
          <w:i/>
          <w:sz w:val="28"/>
          <w:szCs w:val="28"/>
        </w:rPr>
        <w:t>ố</w:t>
      </w:r>
      <w:r w:rsidRPr="00452EE9">
        <w:rPr>
          <w:b/>
          <w:i/>
          <w:sz w:val="28"/>
          <w:szCs w:val="28"/>
        </w:rPr>
        <w:t>ng pháp lý</w:t>
      </w:r>
    </w:p>
    <w:p w:rsidR="001901A1" w:rsidRPr="00452EE9" w:rsidRDefault="001901A1" w:rsidP="002B2996">
      <w:pPr>
        <w:spacing w:before="120" w:after="120" w:line="240" w:lineRule="auto"/>
        <w:ind w:firstLine="576"/>
        <w:jc w:val="both"/>
        <w:rPr>
          <w:sz w:val="28"/>
          <w:szCs w:val="28"/>
        </w:rPr>
      </w:pPr>
      <w:r w:rsidRPr="00452EE9">
        <w:rPr>
          <w:sz w:val="28"/>
          <w:szCs w:val="28"/>
        </w:rPr>
        <w:t>Ngày 15 tháng 5 năm 2026, Ủy ban nhân dân Thành phố ban hành Quyết định số 28/2026/QĐ-UBND quy định 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quy hoạch; thuê hàng hóa, dịch vụ của các cơ quan, đơn vị thuộc phạm vi quản lý của Thành phố Hồ Chí Minh. Do đó, v</w:t>
      </w:r>
      <w:r w:rsidRPr="00452EE9">
        <w:rPr>
          <w:sz w:val="28"/>
          <w:szCs w:val="28"/>
        </w:rPr>
        <w:t>iệc bãi bỏ Nghị quyết số 25/2025/NQ-HĐND hoàn toàn không gây ra khoảng trống pháp lý hay sự trùng lắp, chồng chéo về cơ chế, chính sách tại Thành phố.</w:t>
      </w:r>
    </w:p>
    <w:p w:rsidR="00F5479D" w:rsidRPr="00452EE9" w:rsidRDefault="001901A1" w:rsidP="002B2996">
      <w:pPr>
        <w:spacing w:before="120" w:after="120" w:line="240" w:lineRule="auto"/>
        <w:ind w:firstLine="576"/>
        <w:jc w:val="both"/>
        <w:rPr>
          <w:sz w:val="28"/>
          <w:szCs w:val="28"/>
        </w:rPr>
      </w:pPr>
      <w:r w:rsidRPr="00452EE9">
        <w:rPr>
          <w:sz w:val="28"/>
          <w:szCs w:val="28"/>
        </w:rPr>
        <w:t xml:space="preserve"> </w:t>
      </w:r>
      <w:r w:rsidR="00292BC3" w:rsidRPr="00452EE9">
        <w:rPr>
          <w:b/>
          <w:sz w:val="28"/>
          <w:szCs w:val="28"/>
        </w:rPr>
        <w:t>6. Nh</w:t>
      </w:r>
      <w:r w:rsidR="00292BC3" w:rsidRPr="00452EE9">
        <w:rPr>
          <w:b/>
          <w:sz w:val="28"/>
          <w:szCs w:val="28"/>
        </w:rPr>
        <w:t>ữ</w:t>
      </w:r>
      <w:r w:rsidR="00292BC3" w:rsidRPr="00452EE9">
        <w:rPr>
          <w:b/>
          <w:sz w:val="28"/>
          <w:szCs w:val="28"/>
        </w:rPr>
        <w:t>ng n</w:t>
      </w:r>
      <w:r w:rsidR="00292BC3" w:rsidRPr="00452EE9">
        <w:rPr>
          <w:b/>
          <w:sz w:val="28"/>
          <w:szCs w:val="28"/>
        </w:rPr>
        <w:t>ộ</w:t>
      </w:r>
      <w:r w:rsidR="00292BC3" w:rsidRPr="00452EE9">
        <w:rPr>
          <w:b/>
          <w:sz w:val="28"/>
          <w:szCs w:val="28"/>
        </w:rPr>
        <w:t>i dung khác (n</w:t>
      </w:r>
      <w:r w:rsidR="00292BC3" w:rsidRPr="00452EE9">
        <w:rPr>
          <w:b/>
          <w:sz w:val="28"/>
          <w:szCs w:val="28"/>
        </w:rPr>
        <w:t>ế</w:t>
      </w:r>
      <w:r w:rsidR="00292BC3" w:rsidRPr="00452EE9">
        <w:rPr>
          <w:b/>
          <w:sz w:val="28"/>
          <w:szCs w:val="28"/>
        </w:rPr>
        <w:t>u có)</w:t>
      </w:r>
    </w:p>
    <w:p w:rsidR="00F5479D" w:rsidRPr="00452EE9" w:rsidRDefault="00292BC3" w:rsidP="002B2996">
      <w:pPr>
        <w:spacing w:before="120" w:after="120" w:line="240" w:lineRule="auto"/>
        <w:ind w:firstLine="576"/>
        <w:jc w:val="both"/>
        <w:rPr>
          <w:sz w:val="28"/>
          <w:szCs w:val="28"/>
        </w:rPr>
      </w:pPr>
      <w:r w:rsidRPr="00452EE9">
        <w:rPr>
          <w:sz w:val="28"/>
          <w:szCs w:val="28"/>
        </w:rPr>
        <w:t>K</w:t>
      </w:r>
      <w:r w:rsidRPr="00452EE9">
        <w:rPr>
          <w:sz w:val="28"/>
          <w:szCs w:val="28"/>
        </w:rPr>
        <w:t>hông có.</w:t>
      </w:r>
    </w:p>
    <w:p w:rsidR="00F5479D" w:rsidRPr="00452EE9" w:rsidRDefault="00292BC3" w:rsidP="002B2996">
      <w:pPr>
        <w:spacing w:before="120" w:after="120" w:line="240" w:lineRule="auto"/>
        <w:rPr>
          <w:sz w:val="28"/>
          <w:szCs w:val="28"/>
        </w:rPr>
      </w:pPr>
      <w:r w:rsidRPr="00452EE9">
        <w:rPr>
          <w:b/>
          <w:sz w:val="28"/>
          <w:szCs w:val="28"/>
        </w:rPr>
        <w:t>III. Đ</w:t>
      </w:r>
      <w:r w:rsidRPr="00452EE9">
        <w:rPr>
          <w:b/>
          <w:sz w:val="28"/>
          <w:szCs w:val="28"/>
        </w:rPr>
        <w:t>Ề</w:t>
      </w:r>
      <w:r w:rsidRPr="00452EE9">
        <w:rPr>
          <w:b/>
          <w:sz w:val="28"/>
          <w:szCs w:val="28"/>
        </w:rPr>
        <w:t xml:space="preserve"> XU</w:t>
      </w:r>
      <w:r w:rsidRPr="00452EE9">
        <w:rPr>
          <w:b/>
          <w:sz w:val="28"/>
          <w:szCs w:val="28"/>
        </w:rPr>
        <w:t>Ấ</w:t>
      </w:r>
      <w:r w:rsidRPr="00452EE9">
        <w:rPr>
          <w:b/>
          <w:sz w:val="28"/>
          <w:szCs w:val="28"/>
        </w:rPr>
        <w:t>T, KI</w:t>
      </w:r>
      <w:r w:rsidRPr="00452EE9">
        <w:rPr>
          <w:b/>
          <w:sz w:val="28"/>
          <w:szCs w:val="28"/>
        </w:rPr>
        <w:t>Ế</w:t>
      </w:r>
      <w:r w:rsidRPr="00452EE9">
        <w:rPr>
          <w:b/>
          <w:sz w:val="28"/>
          <w:szCs w:val="28"/>
        </w:rPr>
        <w:t>N NGH</w:t>
      </w:r>
      <w:r w:rsidRPr="00452EE9">
        <w:rPr>
          <w:b/>
          <w:sz w:val="28"/>
          <w:szCs w:val="28"/>
        </w:rPr>
        <w:t>Ị</w:t>
      </w:r>
    </w:p>
    <w:p w:rsidR="00F5479D" w:rsidRPr="00452EE9" w:rsidRDefault="00292BC3" w:rsidP="002B2996">
      <w:pPr>
        <w:spacing w:before="120" w:after="120" w:line="240" w:lineRule="auto"/>
        <w:ind w:firstLine="576"/>
        <w:jc w:val="both"/>
        <w:rPr>
          <w:sz w:val="28"/>
          <w:szCs w:val="28"/>
        </w:rPr>
      </w:pPr>
      <w:r w:rsidRPr="00452EE9">
        <w:rPr>
          <w:sz w:val="28"/>
          <w:szCs w:val="28"/>
        </w:rPr>
        <w:t>Không có.</w:t>
      </w:r>
    </w:p>
    <w:p w:rsidR="00F5479D" w:rsidRDefault="00292BC3">
      <w:r>
        <w:br w:type="page"/>
      </w:r>
    </w:p>
    <w:p w:rsidR="00F5479D" w:rsidRDefault="00292BC3">
      <w:pPr>
        <w:spacing w:before="200" w:after="240"/>
        <w:jc w:val="center"/>
      </w:pPr>
      <w:r>
        <w:rPr>
          <w:b/>
          <w:sz w:val="28"/>
        </w:rPr>
        <w:lastRenderedPageBreak/>
        <w:t>PH</w:t>
      </w:r>
      <w:r>
        <w:rPr>
          <w:b/>
          <w:sz w:val="28"/>
        </w:rPr>
        <w:t>Ụ</w:t>
      </w:r>
      <w:r>
        <w:rPr>
          <w:b/>
          <w:sz w:val="28"/>
        </w:rPr>
        <w:t xml:space="preserve"> L</w:t>
      </w:r>
      <w:r>
        <w:rPr>
          <w:b/>
          <w:sz w:val="28"/>
        </w:rPr>
        <w:t>Ụ</w:t>
      </w:r>
      <w:r>
        <w:rPr>
          <w:b/>
          <w:sz w:val="28"/>
        </w:rPr>
        <w:t>C</w:t>
      </w:r>
    </w:p>
    <w:p w:rsidR="00F5479D" w:rsidRPr="002B2996" w:rsidRDefault="00292BC3">
      <w:pPr>
        <w:spacing w:before="160" w:after="60"/>
        <w:rPr>
          <w:sz w:val="28"/>
          <w:szCs w:val="24"/>
        </w:rPr>
      </w:pPr>
      <w:r w:rsidRPr="002B2996">
        <w:rPr>
          <w:b/>
          <w:sz w:val="28"/>
          <w:szCs w:val="24"/>
        </w:rPr>
        <w:t>1. Ch</w:t>
      </w:r>
      <w:r w:rsidRPr="002B2996">
        <w:rPr>
          <w:b/>
          <w:sz w:val="28"/>
          <w:szCs w:val="24"/>
        </w:rPr>
        <w:t>ủ</w:t>
      </w:r>
      <w:r w:rsidRPr="002B2996">
        <w:rPr>
          <w:b/>
          <w:sz w:val="28"/>
          <w:szCs w:val="24"/>
        </w:rPr>
        <w:t xml:space="preserve"> trương, đư</w:t>
      </w:r>
      <w:r w:rsidRPr="002B2996">
        <w:rPr>
          <w:b/>
          <w:sz w:val="28"/>
          <w:szCs w:val="24"/>
        </w:rPr>
        <w:t>ờ</w:t>
      </w:r>
      <w:r w:rsidRPr="002B2996">
        <w:rPr>
          <w:b/>
          <w:sz w:val="28"/>
          <w:szCs w:val="24"/>
        </w:rPr>
        <w:t>ng l</w:t>
      </w:r>
      <w:r w:rsidRPr="002B2996">
        <w:rPr>
          <w:b/>
          <w:sz w:val="28"/>
          <w:szCs w:val="24"/>
        </w:rPr>
        <w:t>ố</w:t>
      </w:r>
      <w:r w:rsidRPr="002B2996">
        <w:rPr>
          <w:b/>
          <w:sz w:val="28"/>
          <w:szCs w:val="24"/>
        </w:rPr>
        <w:t>i c</w:t>
      </w:r>
      <w:r w:rsidRPr="002B2996">
        <w:rPr>
          <w:b/>
          <w:sz w:val="28"/>
          <w:szCs w:val="24"/>
        </w:rPr>
        <w:t>ủ</w:t>
      </w:r>
      <w:r w:rsidRPr="002B2996">
        <w:rPr>
          <w:b/>
          <w:sz w:val="28"/>
          <w:szCs w:val="24"/>
        </w:rPr>
        <w:t>a Đ</w:t>
      </w:r>
      <w:r w:rsidRPr="002B2996">
        <w:rPr>
          <w:b/>
          <w:sz w:val="28"/>
          <w:szCs w:val="24"/>
        </w:rPr>
        <w:t>ả</w:t>
      </w:r>
      <w:r w:rsidRPr="002B2996">
        <w:rPr>
          <w:b/>
          <w:sz w:val="28"/>
          <w:szCs w:val="24"/>
        </w:rPr>
        <w:t xml:space="preserve">ng có liên quan </w:t>
      </w:r>
      <w:r w:rsidRPr="002B2996">
        <w:rPr>
          <w:b/>
          <w:sz w:val="28"/>
          <w:szCs w:val="24"/>
        </w:rPr>
        <w:t>đ</w:t>
      </w:r>
      <w:r w:rsidRPr="002B2996">
        <w:rPr>
          <w:b/>
          <w:sz w:val="28"/>
          <w:szCs w:val="24"/>
        </w:rPr>
        <w:t>ế</w:t>
      </w:r>
      <w:r w:rsidRPr="002B2996">
        <w:rPr>
          <w:b/>
          <w:sz w:val="28"/>
          <w:szCs w:val="24"/>
        </w:rPr>
        <w:t>n chính sách/d</w:t>
      </w:r>
      <w:r w:rsidRPr="002B2996">
        <w:rPr>
          <w:b/>
          <w:sz w:val="28"/>
          <w:szCs w:val="24"/>
        </w:rPr>
        <w:t>ự</w:t>
      </w:r>
      <w:r w:rsidRPr="002B2996">
        <w:rPr>
          <w:b/>
          <w:sz w:val="28"/>
          <w:szCs w:val="24"/>
        </w:rPr>
        <w:t xml:space="preserve"> th</w:t>
      </w:r>
      <w:r w:rsidRPr="002B2996">
        <w:rPr>
          <w:b/>
          <w:sz w:val="28"/>
          <w:szCs w:val="24"/>
        </w:rPr>
        <w:t>ả</w:t>
      </w:r>
      <w:r w:rsidRPr="002B2996">
        <w:rPr>
          <w:b/>
          <w:sz w:val="28"/>
          <w:szCs w:val="24"/>
        </w:rPr>
        <w: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2455"/>
        <w:gridCol w:w="2437"/>
        <w:gridCol w:w="2381"/>
        <w:gridCol w:w="2081"/>
      </w:tblGrid>
      <w:tr w:rsidR="00F5479D" w:rsidRPr="002B2996" w:rsidTr="002B2996">
        <w:trPr>
          <w:cantSplit/>
          <w:tblHeader/>
          <w:jc w:val="center"/>
        </w:trPr>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CHÍNH SÁCH / QUY Đ</w:t>
            </w:r>
            <w:r w:rsidRPr="002B2996">
              <w:rPr>
                <w:b/>
                <w:sz w:val="24"/>
                <w:szCs w:val="24"/>
              </w:rPr>
              <w:t>Ị</w:t>
            </w:r>
            <w:r w:rsidRPr="002B2996">
              <w:rPr>
                <w:b/>
                <w:sz w:val="24"/>
                <w:szCs w:val="24"/>
              </w:rPr>
              <w:t>NH C</w:t>
            </w:r>
            <w:r w:rsidRPr="002B2996">
              <w:rPr>
                <w:b/>
                <w:sz w:val="24"/>
                <w:szCs w:val="24"/>
              </w:rPr>
              <w:t>Ủ</w:t>
            </w:r>
            <w:r w:rsidRPr="002B2996">
              <w:rPr>
                <w:b/>
                <w:sz w:val="24"/>
                <w:szCs w:val="24"/>
              </w:rPr>
              <w:t>A 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w:t>
            </w:r>
            <w:r w:rsidRPr="002B2996">
              <w:rPr>
                <w:b/>
                <w:sz w:val="24"/>
                <w:szCs w:val="24"/>
              </w:rPr>
              <w:t>Ủ</w:t>
            </w:r>
            <w:r w:rsidRPr="002B2996">
              <w:rPr>
                <w:b/>
                <w:sz w:val="24"/>
                <w:szCs w:val="24"/>
              </w:rPr>
              <w:t xml:space="preserve"> TRƯƠNG, ĐƯ</w:t>
            </w:r>
            <w:r w:rsidRPr="002B2996">
              <w:rPr>
                <w:b/>
                <w:sz w:val="24"/>
                <w:szCs w:val="24"/>
              </w:rPr>
              <w:t>Ờ</w:t>
            </w:r>
            <w:r w:rsidRPr="002B2996">
              <w:rPr>
                <w:b/>
                <w:sz w:val="24"/>
                <w:szCs w:val="24"/>
              </w:rPr>
              <w:t>NG L</w:t>
            </w:r>
            <w:r w:rsidRPr="002B2996">
              <w:rPr>
                <w:b/>
                <w:sz w:val="24"/>
                <w:szCs w:val="24"/>
              </w:rPr>
              <w:t>Ố</w:t>
            </w:r>
            <w:r w:rsidRPr="002B2996">
              <w:rPr>
                <w:b/>
                <w:sz w:val="24"/>
                <w:szCs w:val="24"/>
              </w:rPr>
              <w:t>I C</w:t>
            </w:r>
            <w:r w:rsidRPr="002B2996">
              <w:rPr>
                <w:b/>
                <w:sz w:val="24"/>
                <w:szCs w:val="24"/>
              </w:rPr>
              <w:t>Ủ</w:t>
            </w:r>
            <w:r w:rsidRPr="002B2996">
              <w:rPr>
                <w:b/>
                <w:sz w:val="24"/>
                <w:szCs w:val="24"/>
              </w:rPr>
              <w:t>A Đ</w:t>
            </w:r>
            <w:r w:rsidRPr="002B2996">
              <w:rPr>
                <w:b/>
                <w:sz w:val="24"/>
                <w:szCs w:val="24"/>
              </w:rPr>
              <w:t>Ả</w:t>
            </w:r>
            <w:r w:rsidRPr="002B2996">
              <w:rPr>
                <w:b/>
                <w:sz w:val="24"/>
                <w:szCs w:val="24"/>
              </w:rPr>
              <w:t>NG</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ĐÁNH GIÁ</w:t>
            </w:r>
            <w:r w:rsidRPr="002B2996">
              <w:rPr>
                <w:b/>
                <w:sz w:val="24"/>
                <w:szCs w:val="24"/>
              </w:rPr>
              <w:br/>
              <w:t>(Đã th</w:t>
            </w:r>
            <w:r w:rsidRPr="002B2996">
              <w:rPr>
                <w:b/>
                <w:sz w:val="24"/>
                <w:szCs w:val="24"/>
              </w:rPr>
              <w:t>ể</w:t>
            </w:r>
            <w:r w:rsidRPr="002B2996">
              <w:rPr>
                <w:b/>
                <w:sz w:val="24"/>
                <w:szCs w:val="24"/>
              </w:rPr>
              <w:t xml:space="preserve"> ch</w:t>
            </w:r>
            <w:r w:rsidRPr="002B2996">
              <w:rPr>
                <w:b/>
                <w:sz w:val="24"/>
                <w:szCs w:val="24"/>
              </w:rPr>
              <w:t>ế</w:t>
            </w:r>
            <w:r w:rsidRPr="002B2996">
              <w:rPr>
                <w:b/>
                <w:sz w:val="24"/>
                <w:szCs w:val="24"/>
              </w:rPr>
              <w:t xml:space="preserve"> đ</w:t>
            </w:r>
            <w:r w:rsidRPr="002B2996">
              <w:rPr>
                <w:b/>
                <w:sz w:val="24"/>
                <w:szCs w:val="24"/>
              </w:rPr>
              <w:t>ầ</w:t>
            </w:r>
            <w:r w:rsidRPr="002B2996">
              <w:rPr>
                <w:b/>
                <w:sz w:val="24"/>
                <w:szCs w:val="24"/>
              </w:rPr>
              <w:t>y đ</w:t>
            </w:r>
            <w:r w:rsidRPr="002B2996">
              <w:rPr>
                <w:b/>
                <w:sz w:val="24"/>
                <w:szCs w:val="24"/>
              </w:rPr>
              <w:t>ủ</w:t>
            </w:r>
            <w:r w:rsidRPr="002B2996">
              <w:rPr>
                <w:b/>
                <w:sz w:val="24"/>
                <w:szCs w:val="24"/>
              </w:rPr>
              <w:t xml:space="preserve"> ho</w:t>
            </w:r>
            <w:r w:rsidRPr="002B2996">
              <w:rPr>
                <w:b/>
                <w:sz w:val="24"/>
                <w:szCs w:val="24"/>
              </w:rPr>
              <w:t>ặ</w:t>
            </w:r>
            <w:r w:rsidRPr="002B2996">
              <w:rPr>
                <w:b/>
                <w:sz w:val="24"/>
                <w:szCs w:val="24"/>
              </w:rPr>
              <w:t>c m</w:t>
            </w:r>
            <w:r w:rsidRPr="002B2996">
              <w:rPr>
                <w:b/>
                <w:sz w:val="24"/>
                <w:szCs w:val="24"/>
              </w:rPr>
              <w:t>ộ</w:t>
            </w:r>
            <w:r w:rsidRPr="002B2996">
              <w:rPr>
                <w:b/>
                <w:sz w:val="24"/>
                <w:szCs w:val="24"/>
              </w:rPr>
              <w:t>t ph</w:t>
            </w:r>
            <w:r w:rsidRPr="002B2996">
              <w:rPr>
                <w:b/>
                <w:sz w:val="24"/>
                <w:szCs w:val="24"/>
              </w:rPr>
              <w:t>ầ</w:t>
            </w:r>
            <w:r w:rsidRPr="002B2996">
              <w:rPr>
                <w:b/>
                <w:sz w:val="24"/>
                <w:szCs w:val="24"/>
              </w:rPr>
              <w:t>n)</w:t>
            </w:r>
          </w:p>
        </w:tc>
        <w:tc>
          <w:tcPr>
            <w:tcW w:w="2160"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w:t>
            </w:r>
            <w:r w:rsidRPr="002B2996">
              <w:rPr>
                <w:b/>
                <w:sz w:val="24"/>
                <w:szCs w:val="24"/>
              </w:rPr>
              <w:t>Ề</w:t>
            </w:r>
            <w:r w:rsidRPr="002B2996">
              <w:rPr>
                <w:b/>
                <w:sz w:val="24"/>
                <w:szCs w:val="24"/>
              </w:rPr>
              <w:t xml:space="preserve"> XU</w:t>
            </w:r>
            <w:r w:rsidRPr="002B2996">
              <w:rPr>
                <w:b/>
                <w:sz w:val="24"/>
                <w:szCs w:val="24"/>
              </w:rPr>
              <w:t>Ấ</w:t>
            </w:r>
            <w:r w:rsidRPr="002B2996">
              <w:rPr>
                <w:b/>
                <w:sz w:val="24"/>
                <w:szCs w:val="24"/>
              </w:rPr>
              <w:t>T X</w:t>
            </w:r>
            <w:r w:rsidRPr="002B2996">
              <w:rPr>
                <w:b/>
                <w:sz w:val="24"/>
                <w:szCs w:val="24"/>
              </w:rPr>
              <w:t>Ử</w:t>
            </w:r>
            <w:r w:rsidRPr="002B2996">
              <w:rPr>
                <w:b/>
                <w:sz w:val="24"/>
                <w:szCs w:val="24"/>
              </w:rPr>
              <w:t xml:space="preserve"> LÝ</w:t>
            </w:r>
          </w:p>
        </w:tc>
      </w:tr>
      <w:tr w:rsidR="00F5479D" w:rsidRPr="002B2996">
        <w:trPr>
          <w:cantSplit/>
          <w:jc w:val="center"/>
        </w:trPr>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Bãi b</w:t>
            </w:r>
            <w:r w:rsidRPr="002B2996">
              <w:rPr>
                <w:sz w:val="24"/>
                <w:szCs w:val="24"/>
              </w:rPr>
              <w:t>ỏ</w:t>
            </w:r>
            <w:r w:rsidRPr="002B2996">
              <w:rPr>
                <w:sz w:val="24"/>
                <w:szCs w:val="24"/>
              </w:rPr>
              <w:t xml:space="preserve"> </w:t>
            </w:r>
            <w:r w:rsidR="001901A1" w:rsidRPr="002B2996">
              <w:rPr>
                <w:sz w:val="24"/>
                <w:szCs w:val="24"/>
              </w:rPr>
              <w:t>Nghị quyết số 25/2025/NQ-HĐND ngày 28 tháng 8 năm 2025 của Hội đồng nhân dân Thành phố</w:t>
            </w:r>
            <w:r w:rsidRPr="002B2996">
              <w:rPr>
                <w:sz w:val="24"/>
                <w:szCs w:val="24"/>
              </w:rPr>
              <w:t>.</w:t>
            </w:r>
          </w:p>
        </w:tc>
        <w:tc>
          <w:tcPr>
            <w:tcW w:w="2592" w:type="dxa"/>
            <w:tcMar>
              <w:top w:w="120" w:type="dxa"/>
              <w:left w:w="140" w:type="dxa"/>
              <w:bottom w:w="120" w:type="dxa"/>
              <w:right w:w="140" w:type="dxa"/>
            </w:tcMar>
          </w:tcPr>
          <w:p w:rsidR="00452EE9" w:rsidRPr="002B2996" w:rsidRDefault="00292BC3" w:rsidP="00452EE9">
            <w:pPr>
              <w:spacing w:after="40" w:line="276" w:lineRule="auto"/>
              <w:jc w:val="both"/>
              <w:rPr>
                <w:sz w:val="24"/>
                <w:szCs w:val="24"/>
              </w:rPr>
            </w:pPr>
            <w:r w:rsidRPr="002B2996">
              <w:rPr>
                <w:sz w:val="24"/>
                <w:szCs w:val="24"/>
              </w:rPr>
              <w:t>S</w:t>
            </w:r>
            <w:r w:rsidRPr="002B2996">
              <w:rPr>
                <w:sz w:val="24"/>
                <w:szCs w:val="24"/>
              </w:rPr>
              <w:t>ự</w:t>
            </w:r>
            <w:r w:rsidRPr="002B2996">
              <w:rPr>
                <w:sz w:val="24"/>
                <w:szCs w:val="24"/>
              </w:rPr>
              <w:t xml:space="preserve"> th</w:t>
            </w:r>
            <w:r w:rsidRPr="002B2996">
              <w:rPr>
                <w:sz w:val="24"/>
                <w:szCs w:val="24"/>
              </w:rPr>
              <w:t>ố</w:t>
            </w:r>
            <w:r w:rsidRPr="002B2996">
              <w:rPr>
                <w:sz w:val="24"/>
                <w:szCs w:val="24"/>
              </w:rPr>
              <w:t>ng nh</w:t>
            </w:r>
            <w:r w:rsidRPr="002B2996">
              <w:rPr>
                <w:sz w:val="24"/>
                <w:szCs w:val="24"/>
              </w:rPr>
              <w:t>ấ</w:t>
            </w:r>
            <w:r w:rsidRPr="002B2996">
              <w:rPr>
                <w:sz w:val="24"/>
                <w:szCs w:val="24"/>
              </w:rPr>
              <w:t>t ch</w:t>
            </w:r>
            <w:r w:rsidRPr="002B2996">
              <w:rPr>
                <w:sz w:val="24"/>
                <w:szCs w:val="24"/>
              </w:rPr>
              <w:t>ỉ</w:t>
            </w:r>
            <w:r w:rsidRPr="002B2996">
              <w:rPr>
                <w:sz w:val="24"/>
                <w:szCs w:val="24"/>
              </w:rPr>
              <w:t xml:space="preserve"> đ</w:t>
            </w:r>
            <w:r w:rsidRPr="002B2996">
              <w:rPr>
                <w:sz w:val="24"/>
                <w:szCs w:val="24"/>
              </w:rPr>
              <w:t>ạ</w:t>
            </w:r>
            <w:r w:rsidRPr="002B2996">
              <w:rPr>
                <w:sz w:val="24"/>
                <w:szCs w:val="24"/>
              </w:rPr>
              <w:t>o trong h</w:t>
            </w:r>
            <w:r w:rsidRPr="002B2996">
              <w:rPr>
                <w:sz w:val="24"/>
                <w:szCs w:val="24"/>
              </w:rPr>
              <w:t>ệ</w:t>
            </w:r>
            <w:r w:rsidRPr="002B2996">
              <w:rPr>
                <w:sz w:val="24"/>
                <w:szCs w:val="24"/>
              </w:rPr>
              <w:t xml:space="preserve"> th</w:t>
            </w:r>
            <w:r w:rsidRPr="002B2996">
              <w:rPr>
                <w:sz w:val="24"/>
                <w:szCs w:val="24"/>
              </w:rPr>
              <w:t>ố</w:t>
            </w:r>
            <w:r w:rsidRPr="002B2996">
              <w:rPr>
                <w:sz w:val="24"/>
                <w:szCs w:val="24"/>
              </w:rPr>
              <w:t>ng Đ</w:t>
            </w:r>
            <w:r w:rsidRPr="002B2996">
              <w:rPr>
                <w:sz w:val="24"/>
                <w:szCs w:val="24"/>
              </w:rPr>
              <w:t>ả</w:t>
            </w:r>
            <w:r w:rsidRPr="002B2996">
              <w:rPr>
                <w:sz w:val="24"/>
                <w:szCs w:val="24"/>
              </w:rPr>
              <w:t>ng b</w:t>
            </w:r>
            <w:r w:rsidRPr="002B2996">
              <w:rPr>
                <w:sz w:val="24"/>
                <w:szCs w:val="24"/>
              </w:rPr>
              <w:t>ộ</w:t>
            </w:r>
            <w:r w:rsidRPr="002B2996">
              <w:rPr>
                <w:sz w:val="24"/>
                <w:szCs w:val="24"/>
              </w:rPr>
              <w:t xml:space="preserve"> cơ</w:t>
            </w:r>
            <w:r w:rsidR="00452EE9" w:rsidRPr="002B2996">
              <w:rPr>
                <w:sz w:val="24"/>
                <w:szCs w:val="24"/>
              </w:rPr>
              <w:t xml:space="preserve"> </w:t>
            </w:r>
            <w:r w:rsidRPr="002B2996">
              <w:rPr>
                <w:sz w:val="24"/>
                <w:szCs w:val="24"/>
              </w:rPr>
              <w:t>s</w:t>
            </w:r>
            <w:r w:rsidRPr="002B2996">
              <w:rPr>
                <w:sz w:val="24"/>
                <w:szCs w:val="24"/>
              </w:rPr>
              <w:t>ở</w:t>
            </w:r>
            <w:r w:rsidRPr="002B2996">
              <w:rPr>
                <w:sz w:val="24"/>
                <w:szCs w:val="24"/>
              </w:rPr>
              <w:t>:</w:t>
            </w:r>
          </w:p>
          <w:p w:rsidR="00F5479D" w:rsidRPr="002B2996" w:rsidRDefault="00292BC3" w:rsidP="00452EE9">
            <w:pPr>
              <w:spacing w:after="40" w:line="276" w:lineRule="auto"/>
              <w:jc w:val="both"/>
              <w:rPr>
                <w:sz w:val="24"/>
                <w:szCs w:val="24"/>
              </w:rPr>
            </w:pPr>
            <w:r w:rsidRPr="002B2996">
              <w:rPr>
                <w:sz w:val="24"/>
                <w:szCs w:val="24"/>
              </w:rPr>
              <w:t>N</w:t>
            </w:r>
            <w:r w:rsidRPr="002B2996">
              <w:rPr>
                <w:sz w:val="24"/>
                <w:szCs w:val="24"/>
              </w:rPr>
              <w:t>ộ</w:t>
            </w:r>
            <w:r w:rsidRPr="002B2996">
              <w:rPr>
                <w:sz w:val="24"/>
                <w:szCs w:val="24"/>
              </w:rPr>
              <w:t>i d</w:t>
            </w:r>
            <w:r w:rsidRPr="002B2996">
              <w:rPr>
                <w:sz w:val="24"/>
                <w:szCs w:val="24"/>
              </w:rPr>
              <w:t>ung d</w:t>
            </w:r>
            <w:r w:rsidRPr="002B2996">
              <w:rPr>
                <w:sz w:val="24"/>
                <w:szCs w:val="24"/>
              </w:rPr>
              <w:t>ự</w:t>
            </w:r>
            <w:r w:rsidRPr="002B2996">
              <w:rPr>
                <w:sz w:val="24"/>
                <w:szCs w:val="24"/>
              </w:rPr>
              <w:t xml:space="preserve"> th</w:t>
            </w:r>
            <w:r w:rsidRPr="002B2996">
              <w:rPr>
                <w:sz w:val="24"/>
                <w:szCs w:val="24"/>
              </w:rPr>
              <w:t>ả</w:t>
            </w:r>
            <w:r w:rsidRPr="002B2996">
              <w:rPr>
                <w:sz w:val="24"/>
                <w:szCs w:val="24"/>
              </w:rPr>
              <w:t>o bãi b</w:t>
            </w:r>
            <w:r w:rsidRPr="002B2996">
              <w:rPr>
                <w:sz w:val="24"/>
                <w:szCs w:val="24"/>
              </w:rPr>
              <w:t>ỏ</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đã đư</w:t>
            </w:r>
            <w:r w:rsidRPr="002B2996">
              <w:rPr>
                <w:sz w:val="24"/>
                <w:szCs w:val="24"/>
              </w:rPr>
              <w:t>ợ</w:t>
            </w:r>
            <w:r w:rsidRPr="002B2996">
              <w:rPr>
                <w:sz w:val="24"/>
                <w:szCs w:val="24"/>
              </w:rPr>
              <w:t xml:space="preserve">c </w:t>
            </w:r>
            <w:r w:rsidR="00452EE9" w:rsidRPr="002B2996">
              <w:rPr>
                <w:sz w:val="24"/>
                <w:szCs w:val="24"/>
              </w:rPr>
              <w:t xml:space="preserve">báo cáo, xin ý kiến của </w:t>
            </w:r>
            <w:r w:rsidRPr="002B2996">
              <w:rPr>
                <w:sz w:val="24"/>
                <w:szCs w:val="24"/>
              </w:rPr>
              <w:t>Đ</w:t>
            </w:r>
            <w:r w:rsidRPr="002B2996">
              <w:rPr>
                <w:sz w:val="24"/>
                <w:szCs w:val="24"/>
              </w:rPr>
              <w:t>ả</w:t>
            </w:r>
            <w:r w:rsidRPr="002B2996">
              <w:rPr>
                <w:sz w:val="24"/>
                <w:szCs w:val="24"/>
              </w:rPr>
              <w:t xml:space="preserve">ng </w:t>
            </w:r>
            <w:r w:rsidRPr="002B2996">
              <w:rPr>
                <w:sz w:val="24"/>
                <w:szCs w:val="24"/>
              </w:rPr>
              <w:t>ủ</w:t>
            </w:r>
            <w:r w:rsidRPr="002B2996">
              <w:rPr>
                <w:sz w:val="24"/>
                <w:szCs w:val="24"/>
              </w:rPr>
              <w:t>y S</w:t>
            </w:r>
            <w:r w:rsidRPr="002B2996">
              <w:rPr>
                <w:sz w:val="24"/>
                <w:szCs w:val="24"/>
              </w:rPr>
              <w:t>ở</w:t>
            </w:r>
            <w:r w:rsidRPr="002B2996">
              <w:rPr>
                <w:sz w:val="24"/>
                <w:szCs w:val="24"/>
              </w:rPr>
              <w:t xml:space="preserve"> </w:t>
            </w:r>
            <w:r w:rsidR="00452EE9" w:rsidRPr="002B2996">
              <w:rPr>
                <w:sz w:val="24"/>
                <w:szCs w:val="24"/>
              </w:rPr>
              <w:t>Tài chính để đảm bảo cơ sở thực hiện theo quy định</w:t>
            </w:r>
            <w:r w:rsidRPr="002B2996">
              <w:rPr>
                <w:sz w:val="24"/>
                <w:szCs w:val="24"/>
              </w:rPr>
              <w:t>.</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Đ</w:t>
            </w:r>
            <w:r w:rsidRPr="002B2996">
              <w:rPr>
                <w:sz w:val="24"/>
                <w:szCs w:val="24"/>
              </w:rPr>
              <w:t>ã th</w:t>
            </w:r>
            <w:r w:rsidRPr="002B2996">
              <w:rPr>
                <w:sz w:val="24"/>
                <w:szCs w:val="24"/>
              </w:rPr>
              <w:t>ể</w:t>
            </w:r>
            <w:r w:rsidRPr="002B2996">
              <w:rPr>
                <w:sz w:val="24"/>
                <w:szCs w:val="24"/>
              </w:rPr>
              <w:t xml:space="preserve"> ch</w:t>
            </w:r>
            <w:r w:rsidRPr="002B2996">
              <w:rPr>
                <w:sz w:val="24"/>
                <w:szCs w:val="24"/>
              </w:rPr>
              <w:t>ế</w:t>
            </w:r>
            <w:r w:rsidRPr="002B2996">
              <w:rPr>
                <w:sz w:val="24"/>
                <w:szCs w:val="24"/>
              </w:rPr>
              <w:t xml:space="preserve"> hóa đ</w:t>
            </w:r>
            <w:r w:rsidRPr="002B2996">
              <w:rPr>
                <w:sz w:val="24"/>
                <w:szCs w:val="24"/>
              </w:rPr>
              <w:t>ầ</w:t>
            </w:r>
            <w:r w:rsidRPr="002B2996">
              <w:rPr>
                <w:sz w:val="24"/>
                <w:szCs w:val="24"/>
              </w:rPr>
              <w:t>y đ</w:t>
            </w:r>
            <w:r w:rsidRPr="002B2996">
              <w:rPr>
                <w:sz w:val="24"/>
                <w:szCs w:val="24"/>
              </w:rPr>
              <w:t>ủ</w:t>
            </w:r>
            <w:r w:rsidRPr="002B2996">
              <w:rPr>
                <w:sz w:val="24"/>
                <w:szCs w:val="24"/>
              </w:rPr>
              <w:t>:</w:t>
            </w:r>
            <w:r w:rsidRPr="002B2996">
              <w:rPr>
                <w:sz w:val="24"/>
                <w:szCs w:val="24"/>
              </w:rPr>
              <w:br/>
              <w:t>Đ</w:t>
            </w:r>
            <w:r w:rsidRPr="002B2996">
              <w:rPr>
                <w:sz w:val="24"/>
                <w:szCs w:val="24"/>
              </w:rPr>
              <w:t>ả</w:t>
            </w:r>
            <w:r w:rsidRPr="002B2996">
              <w:rPr>
                <w:sz w:val="24"/>
                <w:szCs w:val="24"/>
              </w:rPr>
              <w:t>m b</w:t>
            </w:r>
            <w:r w:rsidRPr="002B2996">
              <w:rPr>
                <w:sz w:val="24"/>
                <w:szCs w:val="24"/>
              </w:rPr>
              <w:t>ả</w:t>
            </w:r>
            <w:r w:rsidRPr="002B2996">
              <w:rPr>
                <w:sz w:val="24"/>
                <w:szCs w:val="24"/>
              </w:rPr>
              <w:t>o s</w:t>
            </w:r>
            <w:r w:rsidRPr="002B2996">
              <w:rPr>
                <w:sz w:val="24"/>
                <w:szCs w:val="24"/>
              </w:rPr>
              <w:t>ự</w:t>
            </w:r>
            <w:r w:rsidRPr="002B2996">
              <w:rPr>
                <w:sz w:val="24"/>
                <w:szCs w:val="24"/>
              </w:rPr>
              <w:t xml:space="preserve"> đ</w:t>
            </w:r>
            <w:r w:rsidRPr="002B2996">
              <w:rPr>
                <w:sz w:val="24"/>
                <w:szCs w:val="24"/>
              </w:rPr>
              <w:t>ồ</w:t>
            </w:r>
            <w:r w:rsidRPr="002B2996">
              <w:rPr>
                <w:sz w:val="24"/>
                <w:szCs w:val="24"/>
              </w:rPr>
              <w:t>ng thu</w:t>
            </w:r>
            <w:r w:rsidRPr="002B2996">
              <w:rPr>
                <w:sz w:val="24"/>
                <w:szCs w:val="24"/>
              </w:rPr>
              <w:t>ậ</w:t>
            </w:r>
            <w:r w:rsidRPr="002B2996">
              <w:rPr>
                <w:sz w:val="24"/>
                <w:szCs w:val="24"/>
              </w:rPr>
              <w:t>n, th</w:t>
            </w:r>
            <w:r w:rsidRPr="002B2996">
              <w:rPr>
                <w:sz w:val="24"/>
                <w:szCs w:val="24"/>
              </w:rPr>
              <w:t>ố</w:t>
            </w:r>
            <w:r w:rsidRPr="002B2996">
              <w:rPr>
                <w:sz w:val="24"/>
                <w:szCs w:val="24"/>
              </w:rPr>
              <w:t>ng nh</w:t>
            </w:r>
            <w:r w:rsidRPr="002B2996">
              <w:rPr>
                <w:sz w:val="24"/>
                <w:szCs w:val="24"/>
              </w:rPr>
              <w:t>ấ</w:t>
            </w:r>
            <w:r w:rsidRPr="002B2996">
              <w:rPr>
                <w:sz w:val="24"/>
                <w:szCs w:val="24"/>
              </w:rPr>
              <w:t>t cao trong ch</w:t>
            </w:r>
            <w:r w:rsidRPr="002B2996">
              <w:rPr>
                <w:sz w:val="24"/>
                <w:szCs w:val="24"/>
              </w:rPr>
              <w:t>ỉ</w:t>
            </w:r>
            <w:r w:rsidRPr="002B2996">
              <w:rPr>
                <w:sz w:val="24"/>
                <w:szCs w:val="24"/>
              </w:rPr>
              <w:t xml:space="preserve"> đ</w:t>
            </w:r>
            <w:r w:rsidRPr="002B2996">
              <w:rPr>
                <w:sz w:val="24"/>
                <w:szCs w:val="24"/>
              </w:rPr>
              <w:t>ạ</w:t>
            </w:r>
            <w:r w:rsidRPr="002B2996">
              <w:rPr>
                <w:sz w:val="24"/>
                <w:szCs w:val="24"/>
              </w:rPr>
              <w:t>o c</w:t>
            </w:r>
            <w:r w:rsidRPr="002B2996">
              <w:rPr>
                <w:sz w:val="24"/>
                <w:szCs w:val="24"/>
              </w:rPr>
              <w:t>ủ</w:t>
            </w:r>
            <w:r w:rsidRPr="002B2996">
              <w:rPr>
                <w:sz w:val="24"/>
                <w:szCs w:val="24"/>
              </w:rPr>
              <w:t>a Đ</w:t>
            </w:r>
            <w:r w:rsidRPr="002B2996">
              <w:rPr>
                <w:sz w:val="24"/>
                <w:szCs w:val="24"/>
              </w:rPr>
              <w:t>ả</w:t>
            </w:r>
            <w:r w:rsidRPr="002B2996">
              <w:rPr>
                <w:sz w:val="24"/>
                <w:szCs w:val="24"/>
              </w:rPr>
              <w:t>ng b</w:t>
            </w:r>
            <w:r w:rsidRPr="002B2996">
              <w:rPr>
                <w:sz w:val="24"/>
                <w:szCs w:val="24"/>
              </w:rPr>
              <w:t>ộ</w:t>
            </w:r>
            <w:r w:rsidRPr="002B2996">
              <w:rPr>
                <w:sz w:val="24"/>
                <w:szCs w:val="24"/>
              </w:rPr>
              <w:t xml:space="preserve"> cơ s</w:t>
            </w:r>
            <w:r w:rsidRPr="002B2996">
              <w:rPr>
                <w:sz w:val="24"/>
                <w:szCs w:val="24"/>
              </w:rPr>
              <w:t>ở</w:t>
            </w:r>
            <w:r w:rsidRPr="002B2996">
              <w:rPr>
                <w:sz w:val="24"/>
                <w:szCs w:val="24"/>
              </w:rPr>
              <w:t xml:space="preserve"> đ</w:t>
            </w:r>
            <w:r w:rsidRPr="002B2996">
              <w:rPr>
                <w:sz w:val="24"/>
                <w:szCs w:val="24"/>
              </w:rPr>
              <w:t>ố</w:t>
            </w:r>
            <w:r w:rsidRPr="002B2996">
              <w:rPr>
                <w:sz w:val="24"/>
                <w:szCs w:val="24"/>
              </w:rPr>
              <w:t>i v</w:t>
            </w:r>
            <w:r w:rsidRPr="002B2996">
              <w:rPr>
                <w:sz w:val="24"/>
                <w:szCs w:val="24"/>
              </w:rPr>
              <w:t>ớ</w:t>
            </w:r>
            <w:r w:rsidRPr="002B2996">
              <w:rPr>
                <w:sz w:val="24"/>
                <w:szCs w:val="24"/>
              </w:rPr>
              <w:t>i vi</w:t>
            </w:r>
            <w:r w:rsidRPr="002B2996">
              <w:rPr>
                <w:sz w:val="24"/>
                <w:szCs w:val="24"/>
              </w:rPr>
              <w:t>ệ</w:t>
            </w:r>
            <w:r w:rsidRPr="002B2996">
              <w:rPr>
                <w:sz w:val="24"/>
                <w:szCs w:val="24"/>
              </w:rPr>
              <w:t>c tin</w:t>
            </w:r>
            <w:r w:rsidRPr="002B2996">
              <w:rPr>
                <w:sz w:val="24"/>
                <w:szCs w:val="24"/>
              </w:rPr>
              <w:t>h g</w:t>
            </w:r>
            <w:r w:rsidRPr="002B2996">
              <w:rPr>
                <w:sz w:val="24"/>
                <w:szCs w:val="24"/>
              </w:rPr>
              <w:t>ọ</w:t>
            </w:r>
            <w:r w:rsidRPr="002B2996">
              <w:rPr>
                <w:sz w:val="24"/>
                <w:szCs w:val="24"/>
              </w:rPr>
              <w:t>n th</w:t>
            </w:r>
            <w:r w:rsidRPr="002B2996">
              <w:rPr>
                <w:sz w:val="24"/>
                <w:szCs w:val="24"/>
              </w:rPr>
              <w:t>ủ</w:t>
            </w:r>
            <w:r w:rsidRPr="002B2996">
              <w:rPr>
                <w:sz w:val="24"/>
                <w:szCs w:val="24"/>
              </w:rPr>
              <w:t xml:space="preserve"> t</w:t>
            </w:r>
            <w:r w:rsidRPr="002B2996">
              <w:rPr>
                <w:sz w:val="24"/>
                <w:szCs w:val="24"/>
              </w:rPr>
              <w:t>ụ</w:t>
            </w:r>
            <w:r w:rsidRPr="002B2996">
              <w:rPr>
                <w:sz w:val="24"/>
                <w:szCs w:val="24"/>
              </w:rPr>
              <w:t>c hành chính, đi</w:t>
            </w:r>
            <w:r w:rsidRPr="002B2996">
              <w:rPr>
                <w:sz w:val="24"/>
                <w:szCs w:val="24"/>
              </w:rPr>
              <w:t>ề</w:t>
            </w:r>
            <w:r w:rsidRPr="002B2996">
              <w:rPr>
                <w:sz w:val="24"/>
                <w:szCs w:val="24"/>
              </w:rPr>
              <w:t xml:space="preserve">u hành ngân sách </w:t>
            </w:r>
            <w:r w:rsidR="00452EE9" w:rsidRPr="002B2996">
              <w:rPr>
                <w:sz w:val="24"/>
                <w:szCs w:val="24"/>
              </w:rPr>
              <w:t xml:space="preserve">phù </w:t>
            </w:r>
            <w:r w:rsidRPr="002B2996">
              <w:rPr>
                <w:sz w:val="24"/>
                <w:szCs w:val="24"/>
              </w:rPr>
              <w:t>h</w:t>
            </w:r>
            <w:r w:rsidRPr="002B2996">
              <w:rPr>
                <w:sz w:val="24"/>
                <w:szCs w:val="24"/>
              </w:rPr>
              <w:t>ợ</w:t>
            </w:r>
            <w:r w:rsidRPr="002B2996">
              <w:rPr>
                <w:sz w:val="24"/>
                <w:szCs w:val="24"/>
              </w:rPr>
              <w:t>p v</w:t>
            </w:r>
            <w:r w:rsidRPr="002B2996">
              <w:rPr>
                <w:sz w:val="24"/>
                <w:szCs w:val="24"/>
              </w:rPr>
              <w:t>ớ</w:t>
            </w:r>
            <w:r w:rsidRPr="002B2996">
              <w:rPr>
                <w:sz w:val="24"/>
                <w:szCs w:val="24"/>
              </w:rPr>
              <w:t>i h</w:t>
            </w:r>
            <w:r w:rsidRPr="002B2996">
              <w:rPr>
                <w:sz w:val="24"/>
                <w:szCs w:val="24"/>
              </w:rPr>
              <w:t>ệ</w:t>
            </w:r>
            <w:r w:rsidRPr="002B2996">
              <w:rPr>
                <w:sz w:val="24"/>
                <w:szCs w:val="24"/>
              </w:rPr>
              <w:t xml:space="preserve"> th</w:t>
            </w:r>
            <w:r w:rsidRPr="002B2996">
              <w:rPr>
                <w:sz w:val="24"/>
                <w:szCs w:val="24"/>
              </w:rPr>
              <w:t>ố</w:t>
            </w:r>
            <w:r w:rsidRPr="002B2996">
              <w:rPr>
                <w:sz w:val="24"/>
                <w:szCs w:val="24"/>
              </w:rPr>
              <w:t>ng pháp lu</w:t>
            </w:r>
            <w:r w:rsidRPr="002B2996">
              <w:rPr>
                <w:sz w:val="24"/>
                <w:szCs w:val="24"/>
              </w:rPr>
              <w:t>ậ</w:t>
            </w:r>
            <w:r w:rsidRPr="002B2996">
              <w:rPr>
                <w:sz w:val="24"/>
                <w:szCs w:val="24"/>
              </w:rPr>
              <w:t>t m</w:t>
            </w:r>
            <w:r w:rsidRPr="002B2996">
              <w:rPr>
                <w:sz w:val="24"/>
                <w:szCs w:val="24"/>
              </w:rPr>
              <w:t>ớ</w:t>
            </w:r>
            <w:r w:rsidRPr="002B2996">
              <w:rPr>
                <w:sz w:val="24"/>
                <w:szCs w:val="24"/>
              </w:rPr>
              <w:t>i c</w:t>
            </w:r>
            <w:r w:rsidRPr="002B2996">
              <w:rPr>
                <w:sz w:val="24"/>
                <w:szCs w:val="24"/>
              </w:rPr>
              <w:t>ủ</w:t>
            </w:r>
            <w:r w:rsidRPr="002B2996">
              <w:rPr>
                <w:sz w:val="24"/>
                <w:szCs w:val="24"/>
              </w:rPr>
              <w:t>a Trung ương.</w:t>
            </w:r>
          </w:p>
        </w:tc>
        <w:tc>
          <w:tcPr>
            <w:tcW w:w="2160"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Thông qua d</w:t>
            </w:r>
            <w:r w:rsidRPr="002B2996">
              <w:rPr>
                <w:sz w:val="24"/>
                <w:szCs w:val="24"/>
              </w:rPr>
              <w:t>ự</w:t>
            </w:r>
            <w:r w:rsidRPr="002B2996">
              <w:rPr>
                <w:sz w:val="24"/>
                <w:szCs w:val="24"/>
              </w:rPr>
              <w:t xml:space="preserve"> th</w:t>
            </w:r>
            <w:r w:rsidRPr="002B2996">
              <w:rPr>
                <w:sz w:val="24"/>
                <w:szCs w:val="24"/>
              </w:rPr>
              <w:t>ả</w:t>
            </w:r>
            <w:r w:rsidRPr="002B2996">
              <w:rPr>
                <w:sz w:val="24"/>
                <w:szCs w:val="24"/>
              </w:rPr>
              <w:t>o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bãi b</w:t>
            </w:r>
            <w:r w:rsidRPr="002B2996">
              <w:rPr>
                <w:sz w:val="24"/>
                <w:szCs w:val="24"/>
              </w:rPr>
              <w:t>ỏ</w:t>
            </w:r>
            <w:r w:rsidRPr="002B2996">
              <w:rPr>
                <w:sz w:val="24"/>
                <w:szCs w:val="24"/>
              </w:rPr>
              <w:t xml:space="preserve"> toàn b</w:t>
            </w:r>
            <w:r w:rsidRPr="002B2996">
              <w:rPr>
                <w:sz w:val="24"/>
                <w:szCs w:val="24"/>
              </w:rPr>
              <w:t>ộ</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s</w:t>
            </w:r>
            <w:r w:rsidRPr="002B2996">
              <w:rPr>
                <w:sz w:val="24"/>
                <w:szCs w:val="24"/>
              </w:rPr>
              <w:t>ố</w:t>
            </w:r>
            <w:r w:rsidRPr="002B2996">
              <w:rPr>
                <w:sz w:val="24"/>
                <w:szCs w:val="24"/>
              </w:rPr>
              <w:t xml:space="preserve"> 2</w:t>
            </w:r>
            <w:r w:rsidR="00452EE9" w:rsidRPr="002B2996">
              <w:rPr>
                <w:sz w:val="24"/>
                <w:szCs w:val="24"/>
              </w:rPr>
              <w:t>5</w:t>
            </w:r>
            <w:r w:rsidRPr="002B2996">
              <w:rPr>
                <w:sz w:val="24"/>
                <w:szCs w:val="24"/>
              </w:rPr>
              <w:t>/2025/NQ-HĐND đ</w:t>
            </w:r>
            <w:r w:rsidRPr="002B2996">
              <w:rPr>
                <w:sz w:val="24"/>
                <w:szCs w:val="24"/>
              </w:rPr>
              <w:t>ể</w:t>
            </w:r>
            <w:r w:rsidRPr="002B2996">
              <w:rPr>
                <w:sz w:val="24"/>
                <w:szCs w:val="24"/>
              </w:rPr>
              <w:t xml:space="preserve"> trình c</w:t>
            </w:r>
            <w:r w:rsidRPr="002B2996">
              <w:rPr>
                <w:sz w:val="24"/>
                <w:szCs w:val="24"/>
              </w:rPr>
              <w:t>ấ</w:t>
            </w:r>
            <w:r w:rsidRPr="002B2996">
              <w:rPr>
                <w:sz w:val="24"/>
                <w:szCs w:val="24"/>
              </w:rPr>
              <w:t>p có th</w:t>
            </w:r>
            <w:r w:rsidRPr="002B2996">
              <w:rPr>
                <w:sz w:val="24"/>
                <w:szCs w:val="24"/>
              </w:rPr>
              <w:t>ẩ</w:t>
            </w:r>
            <w:r w:rsidRPr="002B2996">
              <w:rPr>
                <w:sz w:val="24"/>
                <w:szCs w:val="24"/>
              </w:rPr>
              <w:t>m quy</w:t>
            </w:r>
            <w:r w:rsidRPr="002B2996">
              <w:rPr>
                <w:sz w:val="24"/>
                <w:szCs w:val="24"/>
              </w:rPr>
              <w:t>ề</w:t>
            </w:r>
            <w:r w:rsidRPr="002B2996">
              <w:rPr>
                <w:sz w:val="24"/>
                <w:szCs w:val="24"/>
              </w:rPr>
              <w:t>n phê duy</w:t>
            </w:r>
            <w:r w:rsidRPr="002B2996">
              <w:rPr>
                <w:sz w:val="24"/>
                <w:szCs w:val="24"/>
              </w:rPr>
              <w:t>ệ</w:t>
            </w:r>
            <w:r w:rsidRPr="002B2996">
              <w:rPr>
                <w:sz w:val="24"/>
                <w:szCs w:val="24"/>
              </w:rPr>
              <w:t xml:space="preserve">t và </w:t>
            </w:r>
            <w:r w:rsidRPr="002B2996">
              <w:rPr>
                <w:sz w:val="24"/>
                <w:szCs w:val="24"/>
              </w:rPr>
              <w:t>tri</w:t>
            </w:r>
            <w:r w:rsidRPr="002B2996">
              <w:rPr>
                <w:sz w:val="24"/>
                <w:szCs w:val="24"/>
              </w:rPr>
              <w:t>ể</w:t>
            </w:r>
            <w:r w:rsidRPr="002B2996">
              <w:rPr>
                <w:sz w:val="24"/>
                <w:szCs w:val="24"/>
              </w:rPr>
              <w:t>n khai các bư</w:t>
            </w:r>
            <w:r w:rsidRPr="002B2996">
              <w:rPr>
                <w:sz w:val="24"/>
                <w:szCs w:val="24"/>
              </w:rPr>
              <w:t>ớ</w:t>
            </w:r>
            <w:r w:rsidRPr="002B2996">
              <w:rPr>
                <w:sz w:val="24"/>
                <w:szCs w:val="24"/>
              </w:rPr>
              <w:t>c ti</w:t>
            </w:r>
            <w:r w:rsidRPr="002B2996">
              <w:rPr>
                <w:sz w:val="24"/>
                <w:szCs w:val="24"/>
              </w:rPr>
              <w:t>ế</w:t>
            </w:r>
            <w:r w:rsidRPr="002B2996">
              <w:rPr>
                <w:sz w:val="24"/>
                <w:szCs w:val="24"/>
              </w:rPr>
              <w:t>p theo.</w:t>
            </w:r>
          </w:p>
        </w:tc>
      </w:tr>
    </w:tbl>
    <w:p w:rsidR="00F5479D" w:rsidRPr="002B2996" w:rsidRDefault="00292BC3">
      <w:pPr>
        <w:spacing w:before="160" w:after="60"/>
        <w:rPr>
          <w:b/>
          <w:sz w:val="28"/>
          <w:szCs w:val="24"/>
        </w:rPr>
      </w:pPr>
      <w:r w:rsidRPr="002B2996">
        <w:rPr>
          <w:b/>
          <w:sz w:val="28"/>
          <w:szCs w:val="24"/>
        </w:rPr>
        <w:t>2. Văn b</w:t>
      </w:r>
      <w:r w:rsidRPr="002B2996">
        <w:rPr>
          <w:b/>
          <w:sz w:val="28"/>
          <w:szCs w:val="24"/>
        </w:rPr>
        <w:t>ả</w:t>
      </w:r>
      <w:r w:rsidRPr="002B2996">
        <w:rPr>
          <w:b/>
          <w:sz w:val="28"/>
          <w:szCs w:val="24"/>
        </w:rPr>
        <w:t>n quy ph</w:t>
      </w:r>
      <w:r w:rsidRPr="002B2996">
        <w:rPr>
          <w:b/>
          <w:sz w:val="28"/>
          <w:szCs w:val="24"/>
        </w:rPr>
        <w:t>ạ</w:t>
      </w:r>
      <w:r w:rsidRPr="002B2996">
        <w:rPr>
          <w:b/>
          <w:sz w:val="28"/>
          <w:szCs w:val="24"/>
        </w:rPr>
        <w:t>m pháp lu</w:t>
      </w:r>
      <w:r w:rsidRPr="002B2996">
        <w:rPr>
          <w:b/>
          <w:sz w:val="28"/>
          <w:szCs w:val="24"/>
        </w:rPr>
        <w:t>ậ</w:t>
      </w:r>
      <w:r w:rsidRPr="002B2996">
        <w:rPr>
          <w:b/>
          <w:sz w:val="28"/>
          <w:szCs w:val="24"/>
        </w:rPr>
        <w:t>t có liên quan đ</w:t>
      </w:r>
      <w:r w:rsidRPr="002B2996">
        <w:rPr>
          <w:b/>
          <w:sz w:val="28"/>
          <w:szCs w:val="24"/>
        </w:rPr>
        <w:t>ế</w:t>
      </w:r>
      <w:r w:rsidRPr="002B2996">
        <w:rPr>
          <w:b/>
          <w:sz w:val="28"/>
          <w:szCs w:val="24"/>
        </w:rPr>
        <w:t>n chính sách/d</w:t>
      </w:r>
      <w:r w:rsidRPr="002B2996">
        <w:rPr>
          <w:b/>
          <w:sz w:val="28"/>
          <w:szCs w:val="24"/>
        </w:rPr>
        <w:t>ự</w:t>
      </w:r>
      <w:r w:rsidRPr="002B2996">
        <w:rPr>
          <w:b/>
          <w:sz w:val="28"/>
          <w:szCs w:val="24"/>
        </w:rPr>
        <w:t xml:space="preserve"> th</w:t>
      </w:r>
      <w:r w:rsidRPr="002B2996">
        <w:rPr>
          <w:b/>
          <w:sz w:val="28"/>
          <w:szCs w:val="24"/>
        </w:rPr>
        <w:t>ả</w:t>
      </w:r>
      <w:r w:rsidRPr="002B2996">
        <w:rPr>
          <w:b/>
          <w:sz w:val="28"/>
          <w:szCs w:val="24"/>
        </w:rPr>
        <w:t>o</w:t>
      </w:r>
    </w:p>
    <w:tbl>
      <w:tblPr>
        <w:tblStyle w:val="TableGrid"/>
        <w:tblW w:w="0" w:type="auto"/>
        <w:tblLook w:val="04A0" w:firstRow="1" w:lastRow="0" w:firstColumn="1" w:lastColumn="0" w:noHBand="0" w:noVBand="1"/>
      </w:tblPr>
      <w:tblGrid>
        <w:gridCol w:w="2322"/>
        <w:gridCol w:w="2322"/>
        <w:gridCol w:w="2323"/>
        <w:gridCol w:w="2323"/>
      </w:tblGrid>
      <w:tr w:rsidR="002B2996" w:rsidTr="002B2996">
        <w:tc>
          <w:tcPr>
            <w:tcW w:w="2322" w:type="dxa"/>
          </w:tcPr>
          <w:p w:rsidR="002B2996" w:rsidRPr="002B2996" w:rsidRDefault="002B2996" w:rsidP="002B2996">
            <w:pPr>
              <w:jc w:val="center"/>
              <w:rPr>
                <w:b/>
                <w:sz w:val="24"/>
                <w:szCs w:val="24"/>
              </w:rPr>
            </w:pPr>
            <w:r w:rsidRPr="002B2996">
              <w:rPr>
                <w:b/>
                <w:sz w:val="24"/>
                <w:szCs w:val="24"/>
              </w:rPr>
              <w:t>CHÍNH SÁCH / QUY ĐỊNH CỦA DỰ THẢO</w:t>
            </w:r>
          </w:p>
        </w:tc>
        <w:tc>
          <w:tcPr>
            <w:tcW w:w="2322" w:type="dxa"/>
          </w:tcPr>
          <w:p w:rsidR="002B2996" w:rsidRPr="002B2996" w:rsidRDefault="002B2996" w:rsidP="002B2996">
            <w:pPr>
              <w:jc w:val="center"/>
              <w:rPr>
                <w:b/>
                <w:sz w:val="24"/>
                <w:szCs w:val="24"/>
              </w:rPr>
            </w:pPr>
            <w:r w:rsidRPr="002B2996">
              <w:rPr>
                <w:b/>
                <w:sz w:val="24"/>
                <w:szCs w:val="24"/>
              </w:rPr>
              <w:t>QUY ĐỊNH CỦA PHÁP LUẬT HIỆN HÀNH CÓ LIÊN QUAN</w:t>
            </w:r>
          </w:p>
        </w:tc>
        <w:tc>
          <w:tcPr>
            <w:tcW w:w="2323" w:type="dxa"/>
          </w:tcPr>
          <w:p w:rsidR="002B2996" w:rsidRPr="002B2996" w:rsidRDefault="002B2996" w:rsidP="002B2996">
            <w:pPr>
              <w:jc w:val="center"/>
              <w:rPr>
                <w:b/>
                <w:sz w:val="24"/>
                <w:szCs w:val="24"/>
              </w:rPr>
            </w:pPr>
            <w:r w:rsidRPr="002B2996">
              <w:rPr>
                <w:b/>
                <w:sz w:val="24"/>
                <w:szCs w:val="24"/>
              </w:rPr>
              <w:t>ĐÁNH GIÁ</w:t>
            </w:r>
          </w:p>
        </w:tc>
        <w:tc>
          <w:tcPr>
            <w:tcW w:w="2323" w:type="dxa"/>
          </w:tcPr>
          <w:p w:rsidR="002B2996" w:rsidRPr="002B2996" w:rsidRDefault="002B2996" w:rsidP="002B2996">
            <w:pPr>
              <w:jc w:val="center"/>
              <w:rPr>
                <w:b/>
                <w:sz w:val="24"/>
                <w:szCs w:val="24"/>
              </w:rPr>
            </w:pPr>
            <w:r w:rsidRPr="002B2996">
              <w:rPr>
                <w:b/>
                <w:sz w:val="24"/>
                <w:szCs w:val="24"/>
              </w:rPr>
              <w:t>CHÍNH SÁCH / QUY ĐỊNH CỦA DỰ THẢO</w:t>
            </w:r>
          </w:p>
        </w:tc>
      </w:tr>
      <w:tr w:rsidR="002B2996" w:rsidTr="002B2996">
        <w:tc>
          <w:tcPr>
            <w:tcW w:w="2322" w:type="dxa"/>
          </w:tcPr>
          <w:p w:rsidR="002B2996" w:rsidRPr="002B2996" w:rsidRDefault="002B2996" w:rsidP="002B2996">
            <w:pPr>
              <w:spacing w:after="40" w:line="276" w:lineRule="auto"/>
              <w:jc w:val="both"/>
              <w:rPr>
                <w:sz w:val="24"/>
                <w:szCs w:val="24"/>
              </w:rPr>
            </w:pPr>
            <w:r w:rsidRPr="002B2996">
              <w:rPr>
                <w:sz w:val="24"/>
                <w:szCs w:val="24"/>
              </w:rPr>
              <w:t xml:space="preserve">Bãi bỏ toàn bộ Nghị quyết số 25/2025/NQ-HĐND. </w:t>
            </w:r>
          </w:p>
          <w:p w:rsidR="002B2996" w:rsidRPr="002B2996" w:rsidRDefault="002B2996" w:rsidP="002B2996">
            <w:pPr>
              <w:spacing w:after="40" w:line="276" w:lineRule="auto"/>
              <w:jc w:val="both"/>
              <w:rPr>
                <w:sz w:val="24"/>
                <w:szCs w:val="24"/>
              </w:rPr>
            </w:pPr>
            <w:r w:rsidRPr="002B2996">
              <w:rPr>
                <w:sz w:val="24"/>
                <w:szCs w:val="24"/>
              </w:rPr>
              <w:t xml:space="preserve">Thẩm quyền quyết định phê duyệt chủ trương và dự kiến kinh phí, chi phí từ nguồn chi thường xuyên ngân sách nhà nước để thực hiện mua sắm, sửa chữa, cải tạo, nâng cấp tài sản, trang thiết bị; sửa chữa, cải tạo, nâng cấp, mở rộng, xây dựng mới hạng mục công trình trong các dự án đã đầu tư xây dựng; hoạt động </w:t>
            </w:r>
            <w:r w:rsidRPr="002B2996">
              <w:rPr>
                <w:sz w:val="24"/>
                <w:szCs w:val="24"/>
              </w:rPr>
              <w:lastRenderedPageBreak/>
              <w:t>quy hoạch; thuê hàng hóa, dịch vụ của các cơ quan, đơn vị thuộc phạm vi quản lý của Thành phố Hồ Chí Minh đã được Ủy ban nhân dân Thành phố quy định tại Quyết định số 28/2026/QĐ-UBND ngày 15 tháng 5 năm 2026</w:t>
            </w:r>
          </w:p>
        </w:tc>
        <w:tc>
          <w:tcPr>
            <w:tcW w:w="2322" w:type="dxa"/>
          </w:tcPr>
          <w:p w:rsidR="002B2996" w:rsidRPr="002B2996" w:rsidRDefault="002B2996" w:rsidP="002B2996">
            <w:pPr>
              <w:spacing w:after="40" w:line="276" w:lineRule="auto"/>
              <w:jc w:val="both"/>
              <w:rPr>
                <w:sz w:val="24"/>
                <w:szCs w:val="24"/>
              </w:rPr>
            </w:pPr>
            <w:r w:rsidRPr="002B2996">
              <w:rPr>
                <w:sz w:val="24"/>
                <w:szCs w:val="24"/>
              </w:rPr>
              <w:lastRenderedPageBreak/>
              <w:t>- Nghị định số 104/2026/NĐ-CP ngày 31 tháng 3 năm 2026 của Chính phủ quy định việc lập dự toán, quản lý, sử dụng và quyết toán chi thường xuyên để thực hiện các nhiệm vụ quy định tại Điều 40 Luật Ngân sách Nhà nước.</w:t>
            </w:r>
            <w:r w:rsidRPr="002B2996">
              <w:rPr>
                <w:sz w:val="24"/>
                <w:szCs w:val="24"/>
              </w:rPr>
              <w:br/>
            </w:r>
            <w:r w:rsidRPr="002B2996">
              <w:rPr>
                <w:sz w:val="24"/>
                <w:szCs w:val="24"/>
              </w:rPr>
              <w:br/>
              <w:t>- Quyết định số 28/2026/QĐ-UBND ngày 15/5/2026 của UBND Thành phố Hồ Chí Minh.</w:t>
            </w:r>
          </w:p>
        </w:tc>
        <w:tc>
          <w:tcPr>
            <w:tcW w:w="2323" w:type="dxa"/>
          </w:tcPr>
          <w:p w:rsidR="002B2996" w:rsidRPr="002B2996" w:rsidRDefault="002B2996" w:rsidP="002B2996">
            <w:pPr>
              <w:spacing w:after="40" w:line="276" w:lineRule="auto"/>
              <w:jc w:val="both"/>
              <w:rPr>
                <w:sz w:val="24"/>
                <w:szCs w:val="24"/>
              </w:rPr>
            </w:pPr>
            <w:r w:rsidRPr="002B2996">
              <w:rPr>
                <w:sz w:val="24"/>
                <w:szCs w:val="24"/>
              </w:rPr>
              <w:t>Bảo đảm tính hợp pháp và thống nhất tuyệt đối:</w:t>
            </w:r>
            <w:r w:rsidRPr="002B2996">
              <w:rPr>
                <w:sz w:val="24"/>
                <w:szCs w:val="24"/>
              </w:rPr>
              <w:br/>
              <w:t xml:space="preserve">Căn cứ pháp lý trực tiếp ban hành Nghị quyết số 25/2025/NQ-HĐND. Nghị định 98/2025/NĐ-CP đã hết hiệu lực pháp luật. Việc bãi bỏ là hoàn toàn cần thiết, khách quan nhằm tránh chồng chéo thẩm quyền giữa HĐND và UBND theo hệ thống pháp luật mới của Trung ương và bảo đảm </w:t>
            </w:r>
            <w:r w:rsidRPr="002B2996">
              <w:rPr>
                <w:sz w:val="24"/>
                <w:szCs w:val="24"/>
              </w:rPr>
              <w:lastRenderedPageBreak/>
              <w:t>nguyên tắc pháp chế.</w:t>
            </w:r>
          </w:p>
        </w:tc>
        <w:tc>
          <w:tcPr>
            <w:tcW w:w="2323" w:type="dxa"/>
          </w:tcPr>
          <w:p w:rsidR="002B2996" w:rsidRDefault="002B2996" w:rsidP="002B2996">
            <w:pPr>
              <w:spacing w:after="40" w:line="276" w:lineRule="auto"/>
              <w:jc w:val="both"/>
              <w:rPr>
                <w:sz w:val="24"/>
                <w:szCs w:val="24"/>
              </w:rPr>
            </w:pPr>
            <w:r w:rsidRPr="002B2996">
              <w:rPr>
                <w:sz w:val="24"/>
                <w:szCs w:val="24"/>
              </w:rPr>
              <w:lastRenderedPageBreak/>
              <w:t>Xây dựng và ban hành Nghị quyết bãi bỏ toàn bộ Nghị quyết số 25/2025/NQ-HĐND theo đúng trình tự, thủ tục quy định của Luật Ban hành văn bản quy phạm pháp luật.</w:t>
            </w:r>
          </w:p>
          <w:p w:rsidR="002B2996" w:rsidRPr="002B2996" w:rsidRDefault="002B2996" w:rsidP="002B2996">
            <w:pPr>
              <w:spacing w:after="40" w:line="276" w:lineRule="auto"/>
              <w:jc w:val="both"/>
              <w:rPr>
                <w:sz w:val="24"/>
                <w:szCs w:val="24"/>
              </w:rPr>
            </w:pPr>
            <w:r w:rsidRPr="002B2996">
              <w:rPr>
                <w:sz w:val="24"/>
                <w:szCs w:val="24"/>
              </w:rPr>
              <w:t>Ghi nhận rõ ràng quy định chuyển tiếp vào nội dung dự thảo Nghị quyết bãi bỏ để các cơ quan, đơn vị thống nhất thực hiện.</w:t>
            </w:r>
          </w:p>
        </w:tc>
      </w:tr>
    </w:tbl>
    <w:p w:rsidR="00F5479D" w:rsidRPr="002B2996" w:rsidRDefault="00292BC3">
      <w:pPr>
        <w:spacing w:before="160" w:after="60"/>
        <w:rPr>
          <w:sz w:val="24"/>
          <w:szCs w:val="24"/>
        </w:rPr>
      </w:pPr>
      <w:r w:rsidRPr="002B2996">
        <w:rPr>
          <w:b/>
          <w:sz w:val="24"/>
          <w:szCs w:val="24"/>
        </w:rPr>
        <w:lastRenderedPageBreak/>
        <w:t>3. Đi</w:t>
      </w:r>
      <w:r w:rsidRPr="002B2996">
        <w:rPr>
          <w:b/>
          <w:sz w:val="24"/>
          <w:szCs w:val="24"/>
        </w:rPr>
        <w:t>ề</w:t>
      </w:r>
      <w:r w:rsidRPr="002B2996">
        <w:rPr>
          <w:b/>
          <w:sz w:val="24"/>
          <w:szCs w:val="24"/>
        </w:rPr>
        <w:t>u ư</w:t>
      </w:r>
      <w:r w:rsidRPr="002B2996">
        <w:rPr>
          <w:b/>
          <w:sz w:val="24"/>
          <w:szCs w:val="24"/>
        </w:rPr>
        <w:t>ớ</w:t>
      </w:r>
      <w:r w:rsidRPr="002B2996">
        <w:rPr>
          <w:b/>
          <w:sz w:val="24"/>
          <w:szCs w:val="24"/>
        </w:rPr>
        <w:t>c qu</w:t>
      </w:r>
      <w:r w:rsidRPr="002B2996">
        <w:rPr>
          <w:b/>
          <w:sz w:val="24"/>
          <w:szCs w:val="24"/>
        </w:rPr>
        <w:t>ố</w:t>
      </w:r>
      <w:r w:rsidRPr="002B2996">
        <w:rPr>
          <w:b/>
          <w:sz w:val="24"/>
          <w:szCs w:val="24"/>
        </w:rPr>
        <w:t>c t</w:t>
      </w:r>
      <w:r w:rsidRPr="002B2996">
        <w:rPr>
          <w:b/>
          <w:sz w:val="24"/>
          <w:szCs w:val="24"/>
        </w:rPr>
        <w:t>ế</w:t>
      </w:r>
      <w:r w:rsidRPr="002B2996">
        <w:rPr>
          <w:b/>
          <w:sz w:val="24"/>
          <w:szCs w:val="24"/>
        </w:rPr>
        <w:t xml:space="preserve"> có liên quan đ</w:t>
      </w:r>
      <w:r w:rsidRPr="002B2996">
        <w:rPr>
          <w:b/>
          <w:sz w:val="24"/>
          <w:szCs w:val="24"/>
        </w:rPr>
        <w:t>ế</w:t>
      </w:r>
      <w:r w:rsidRPr="002B2996">
        <w:rPr>
          <w:b/>
          <w:sz w:val="24"/>
          <w:szCs w:val="24"/>
        </w:rPr>
        <w:t>n chính sách/d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2427"/>
        <w:gridCol w:w="2417"/>
        <w:gridCol w:w="2416"/>
        <w:gridCol w:w="2094"/>
      </w:tblGrid>
      <w:tr w:rsidR="00F5479D" w:rsidRPr="002B2996" w:rsidTr="002B2996">
        <w:trPr>
          <w:cantSplit/>
          <w:tblHeader/>
          <w:jc w:val="center"/>
        </w:trPr>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CHÍNH SÁCH / QUY Đ</w:t>
            </w:r>
            <w:r w:rsidRPr="002B2996">
              <w:rPr>
                <w:b/>
                <w:sz w:val="24"/>
                <w:szCs w:val="24"/>
              </w:rPr>
              <w:t>Ị</w:t>
            </w:r>
            <w:r w:rsidRPr="002B2996">
              <w:rPr>
                <w:b/>
                <w:sz w:val="24"/>
                <w:szCs w:val="24"/>
              </w:rPr>
              <w:t>NH C</w:t>
            </w:r>
            <w:r w:rsidRPr="002B2996">
              <w:rPr>
                <w:b/>
                <w:sz w:val="24"/>
                <w:szCs w:val="24"/>
              </w:rPr>
              <w:t>Ủ</w:t>
            </w:r>
            <w:r w:rsidRPr="002B2996">
              <w:rPr>
                <w:b/>
                <w:sz w:val="24"/>
                <w:szCs w:val="24"/>
              </w:rPr>
              <w:t>A D</w:t>
            </w:r>
            <w:r w:rsidRPr="002B2996">
              <w:rPr>
                <w:b/>
                <w:sz w:val="24"/>
                <w:szCs w:val="24"/>
              </w:rPr>
              <w:t>Ự</w:t>
            </w:r>
            <w:r w:rsidRPr="002B2996">
              <w:rPr>
                <w:b/>
                <w:sz w:val="24"/>
                <w:szCs w:val="24"/>
              </w:rPr>
              <w:t xml:space="preserve"> TH</w:t>
            </w:r>
            <w:r w:rsidRPr="002B2996">
              <w:rPr>
                <w:b/>
                <w:sz w:val="24"/>
                <w:szCs w:val="24"/>
              </w:rPr>
              <w:t>Ả</w:t>
            </w:r>
            <w:r w:rsidRPr="002B2996">
              <w:rPr>
                <w:b/>
                <w:sz w:val="24"/>
                <w:szCs w:val="24"/>
              </w:rPr>
              <w:t>O VĂN B</w:t>
            </w:r>
            <w:r w:rsidRPr="002B2996">
              <w:rPr>
                <w:b/>
                <w:sz w:val="24"/>
                <w:szCs w:val="24"/>
              </w:rPr>
              <w:t>Ả</w:t>
            </w:r>
            <w:r w:rsidRPr="002B2996">
              <w:rPr>
                <w:b/>
                <w:sz w:val="24"/>
                <w:szCs w:val="24"/>
              </w:rPr>
              <w:t>N</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QUY Đ</w:t>
            </w:r>
            <w:r w:rsidRPr="002B2996">
              <w:rPr>
                <w:b/>
                <w:sz w:val="24"/>
                <w:szCs w:val="24"/>
              </w:rPr>
              <w:t>Ị</w:t>
            </w:r>
            <w:r w:rsidRPr="002B2996">
              <w:rPr>
                <w:b/>
                <w:sz w:val="24"/>
                <w:szCs w:val="24"/>
              </w:rPr>
              <w:t>NH C</w:t>
            </w:r>
            <w:r w:rsidRPr="002B2996">
              <w:rPr>
                <w:b/>
                <w:sz w:val="24"/>
                <w:szCs w:val="24"/>
              </w:rPr>
              <w:t>Ủ</w:t>
            </w:r>
            <w:r w:rsidRPr="002B2996">
              <w:rPr>
                <w:b/>
                <w:sz w:val="24"/>
                <w:szCs w:val="24"/>
              </w:rPr>
              <w:t>A ĐI</w:t>
            </w:r>
            <w:r w:rsidRPr="002B2996">
              <w:rPr>
                <w:b/>
                <w:sz w:val="24"/>
                <w:szCs w:val="24"/>
              </w:rPr>
              <w:t>Ề</w:t>
            </w:r>
            <w:r w:rsidRPr="002B2996">
              <w:rPr>
                <w:b/>
                <w:sz w:val="24"/>
                <w:szCs w:val="24"/>
              </w:rPr>
              <w:t>U Ư</w:t>
            </w:r>
            <w:r w:rsidRPr="002B2996">
              <w:rPr>
                <w:b/>
                <w:sz w:val="24"/>
                <w:szCs w:val="24"/>
              </w:rPr>
              <w:t>Ớ</w:t>
            </w:r>
            <w:r w:rsidRPr="002B2996">
              <w:rPr>
                <w:b/>
                <w:sz w:val="24"/>
                <w:szCs w:val="24"/>
              </w:rPr>
              <w:t>C QU</w:t>
            </w:r>
            <w:r w:rsidRPr="002B2996">
              <w:rPr>
                <w:b/>
                <w:sz w:val="24"/>
                <w:szCs w:val="24"/>
              </w:rPr>
              <w:t>Ố</w:t>
            </w:r>
            <w:r w:rsidRPr="002B2996">
              <w:rPr>
                <w:b/>
                <w:sz w:val="24"/>
                <w:szCs w:val="24"/>
              </w:rPr>
              <w:t>C T</w:t>
            </w:r>
            <w:r w:rsidRPr="002B2996">
              <w:rPr>
                <w:b/>
                <w:sz w:val="24"/>
                <w:szCs w:val="24"/>
              </w:rPr>
              <w:t>Ế</w:t>
            </w:r>
            <w:r w:rsidRPr="002B2996">
              <w:rPr>
                <w:b/>
                <w:sz w:val="24"/>
                <w:szCs w:val="24"/>
              </w:rPr>
              <w:t xml:space="preserve"> CÓ LIÊN QUAN</w:t>
            </w:r>
          </w:p>
        </w:tc>
        <w:tc>
          <w:tcPr>
            <w:tcW w:w="2592"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ĐÁNH GIÁ</w:t>
            </w:r>
            <w:r w:rsidRPr="002B2996">
              <w:rPr>
                <w:b/>
                <w:sz w:val="24"/>
                <w:szCs w:val="24"/>
              </w:rPr>
              <w:br/>
              <w:t>(Tính tương thích)</w:t>
            </w:r>
          </w:p>
        </w:tc>
        <w:tc>
          <w:tcPr>
            <w:tcW w:w="2160" w:type="dxa"/>
            <w:shd w:val="clear" w:color="auto" w:fill="FFFFFF" w:themeFill="background1"/>
            <w:tcMar>
              <w:top w:w="120" w:type="dxa"/>
              <w:left w:w="140" w:type="dxa"/>
              <w:bottom w:w="120" w:type="dxa"/>
              <w:right w:w="140" w:type="dxa"/>
            </w:tcMar>
          </w:tcPr>
          <w:p w:rsidR="00F5479D" w:rsidRPr="002B2996" w:rsidRDefault="00292BC3">
            <w:pPr>
              <w:spacing w:after="40" w:line="276" w:lineRule="auto"/>
              <w:jc w:val="center"/>
              <w:rPr>
                <w:sz w:val="24"/>
                <w:szCs w:val="24"/>
              </w:rPr>
            </w:pPr>
            <w:r w:rsidRPr="002B2996">
              <w:rPr>
                <w:b/>
                <w:sz w:val="24"/>
                <w:szCs w:val="24"/>
              </w:rPr>
              <w:t>Đ</w:t>
            </w:r>
            <w:r w:rsidRPr="002B2996">
              <w:rPr>
                <w:b/>
                <w:sz w:val="24"/>
                <w:szCs w:val="24"/>
              </w:rPr>
              <w:t>Ề</w:t>
            </w:r>
            <w:r w:rsidRPr="002B2996">
              <w:rPr>
                <w:b/>
                <w:sz w:val="24"/>
                <w:szCs w:val="24"/>
              </w:rPr>
              <w:t xml:space="preserve"> XU</w:t>
            </w:r>
            <w:r w:rsidRPr="002B2996">
              <w:rPr>
                <w:b/>
                <w:sz w:val="24"/>
                <w:szCs w:val="24"/>
              </w:rPr>
              <w:t>Ấ</w:t>
            </w:r>
            <w:r w:rsidRPr="002B2996">
              <w:rPr>
                <w:b/>
                <w:sz w:val="24"/>
                <w:szCs w:val="24"/>
              </w:rPr>
              <w:t>T X</w:t>
            </w:r>
            <w:r w:rsidRPr="002B2996">
              <w:rPr>
                <w:b/>
                <w:sz w:val="24"/>
                <w:szCs w:val="24"/>
              </w:rPr>
              <w:t>Ử</w:t>
            </w:r>
            <w:r w:rsidRPr="002B2996">
              <w:rPr>
                <w:b/>
                <w:sz w:val="24"/>
                <w:szCs w:val="24"/>
              </w:rPr>
              <w:t xml:space="preserve"> LÝ</w:t>
            </w:r>
          </w:p>
        </w:tc>
      </w:tr>
      <w:tr w:rsidR="00F5479D" w:rsidRPr="002B2996">
        <w:trPr>
          <w:cantSplit/>
          <w:jc w:val="center"/>
        </w:trPr>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Bãi b</w:t>
            </w:r>
            <w:r w:rsidRPr="002B2996">
              <w:rPr>
                <w:sz w:val="24"/>
                <w:szCs w:val="24"/>
              </w:rPr>
              <w:t>ỏ</w:t>
            </w:r>
            <w:r w:rsidRPr="002B2996">
              <w:rPr>
                <w:sz w:val="24"/>
                <w:szCs w:val="24"/>
              </w:rPr>
              <w:t xml:space="preserve"> </w:t>
            </w:r>
            <w:r w:rsidR="00452EE9" w:rsidRPr="002B2996">
              <w:rPr>
                <w:sz w:val="24"/>
                <w:szCs w:val="24"/>
              </w:rPr>
              <w:t>quy định của Hội đồng nhân dân Thành phố về thẩm quyền quyết định phê duyệt nhiệm vụ và dự toán kinh phí chi thường xuyên ngân sách nhà nước thực hiện mua sắm, sửa chữa, cải tạo, nâng cấp tài sản, trang thiết bị; thuê hàng hóa, dịch vụ; sửa chữa, cải tạo, nâng cấp, mở rộng, xây dựng mới hạng mục công trình trong các dự án đã đầu tư xây dựng của các cơ quan, đơn vị thuộc phạm vi quản lý của Thành phố Hồ Chí Minh</w:t>
            </w:r>
            <w:r w:rsidRPr="002B2996">
              <w:rPr>
                <w:sz w:val="24"/>
                <w:szCs w:val="24"/>
              </w:rPr>
              <w:t>.</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Không có quy đ</w:t>
            </w:r>
            <w:r w:rsidRPr="002B2996">
              <w:rPr>
                <w:sz w:val="24"/>
                <w:szCs w:val="24"/>
              </w:rPr>
              <w:t>ị</w:t>
            </w:r>
            <w:r w:rsidRPr="002B2996">
              <w:rPr>
                <w:sz w:val="24"/>
                <w:szCs w:val="24"/>
              </w:rPr>
              <w:t>nh ho</w:t>
            </w:r>
            <w:r w:rsidRPr="002B2996">
              <w:rPr>
                <w:sz w:val="24"/>
                <w:szCs w:val="24"/>
              </w:rPr>
              <w:t>ặ</w:t>
            </w:r>
            <w:r w:rsidRPr="002B2996">
              <w:rPr>
                <w:sz w:val="24"/>
                <w:szCs w:val="24"/>
              </w:rPr>
              <w:t>c cam k</w:t>
            </w:r>
            <w:r w:rsidRPr="002B2996">
              <w:rPr>
                <w:sz w:val="24"/>
                <w:szCs w:val="24"/>
              </w:rPr>
              <w:t>ế</w:t>
            </w:r>
            <w:r w:rsidRPr="002B2996">
              <w:rPr>
                <w:sz w:val="24"/>
                <w:szCs w:val="24"/>
              </w:rPr>
              <w:t>t tr</w:t>
            </w:r>
            <w:r w:rsidRPr="002B2996">
              <w:rPr>
                <w:sz w:val="24"/>
                <w:szCs w:val="24"/>
              </w:rPr>
              <w:t>ự</w:t>
            </w:r>
            <w:r w:rsidRPr="002B2996">
              <w:rPr>
                <w:sz w:val="24"/>
                <w:szCs w:val="24"/>
              </w:rPr>
              <w:t>c ti</w:t>
            </w:r>
            <w:r w:rsidRPr="002B2996">
              <w:rPr>
                <w:sz w:val="24"/>
                <w:szCs w:val="24"/>
              </w:rPr>
              <w:t>ế</w:t>
            </w:r>
            <w:r w:rsidRPr="002B2996">
              <w:rPr>
                <w:sz w:val="24"/>
                <w:szCs w:val="24"/>
              </w:rPr>
              <w:t>p t</w:t>
            </w:r>
            <w:r w:rsidRPr="002B2996">
              <w:rPr>
                <w:sz w:val="24"/>
                <w:szCs w:val="24"/>
              </w:rPr>
              <w:t>ạ</w:t>
            </w:r>
            <w:r w:rsidRPr="002B2996">
              <w:rPr>
                <w:sz w:val="24"/>
                <w:szCs w:val="24"/>
              </w:rPr>
              <w:t>i các đi</w:t>
            </w:r>
            <w:r w:rsidRPr="002B2996">
              <w:rPr>
                <w:sz w:val="24"/>
                <w:szCs w:val="24"/>
              </w:rPr>
              <w:t>ề</w:t>
            </w:r>
            <w:r w:rsidRPr="002B2996">
              <w:rPr>
                <w:sz w:val="24"/>
                <w:szCs w:val="24"/>
              </w:rPr>
              <w:t xml:space="preserve">u </w:t>
            </w:r>
            <w:r w:rsidRPr="002B2996">
              <w:rPr>
                <w:sz w:val="24"/>
                <w:szCs w:val="24"/>
              </w:rPr>
              <w:t>ư</w:t>
            </w:r>
            <w:r w:rsidRPr="002B2996">
              <w:rPr>
                <w:sz w:val="24"/>
                <w:szCs w:val="24"/>
              </w:rPr>
              <w:t>ớ</w:t>
            </w:r>
            <w:r w:rsidRPr="002B2996">
              <w:rPr>
                <w:sz w:val="24"/>
                <w:szCs w:val="24"/>
              </w:rPr>
              <w:t>c qu</w:t>
            </w:r>
            <w:r w:rsidRPr="002B2996">
              <w:rPr>
                <w:sz w:val="24"/>
                <w:szCs w:val="24"/>
              </w:rPr>
              <w:t>ố</w:t>
            </w:r>
            <w:r w:rsidRPr="002B2996">
              <w:rPr>
                <w:sz w:val="24"/>
                <w:szCs w:val="24"/>
              </w:rPr>
              <w:t>c t</w:t>
            </w:r>
            <w:r w:rsidRPr="002B2996">
              <w:rPr>
                <w:sz w:val="24"/>
                <w:szCs w:val="24"/>
              </w:rPr>
              <w:t>ế</w:t>
            </w:r>
            <w:r w:rsidRPr="002B2996">
              <w:rPr>
                <w:sz w:val="24"/>
                <w:szCs w:val="24"/>
              </w:rPr>
              <w:t xml:space="preserve"> mà Vi</w:t>
            </w:r>
            <w:r w:rsidRPr="002B2996">
              <w:rPr>
                <w:sz w:val="24"/>
                <w:szCs w:val="24"/>
              </w:rPr>
              <w:t>ệ</w:t>
            </w:r>
            <w:r w:rsidRPr="002B2996">
              <w:rPr>
                <w:sz w:val="24"/>
                <w:szCs w:val="24"/>
              </w:rPr>
              <w:t>t Nam là thành viên đi</w:t>
            </w:r>
            <w:r w:rsidRPr="002B2996">
              <w:rPr>
                <w:sz w:val="24"/>
                <w:szCs w:val="24"/>
              </w:rPr>
              <w:t>ề</w:t>
            </w:r>
            <w:r w:rsidRPr="002B2996">
              <w:rPr>
                <w:sz w:val="24"/>
                <w:szCs w:val="24"/>
              </w:rPr>
              <w:t>u ch</w:t>
            </w:r>
            <w:r w:rsidRPr="002B2996">
              <w:rPr>
                <w:sz w:val="24"/>
                <w:szCs w:val="24"/>
              </w:rPr>
              <w:t>ỉ</w:t>
            </w:r>
            <w:r w:rsidRPr="002B2996">
              <w:rPr>
                <w:sz w:val="24"/>
                <w:szCs w:val="24"/>
              </w:rPr>
              <w:t>nh chi ti</w:t>
            </w:r>
            <w:r w:rsidRPr="002B2996">
              <w:rPr>
                <w:sz w:val="24"/>
                <w:szCs w:val="24"/>
              </w:rPr>
              <w:t>ế</w:t>
            </w:r>
            <w:r w:rsidRPr="002B2996">
              <w:rPr>
                <w:sz w:val="24"/>
                <w:szCs w:val="24"/>
              </w:rPr>
              <w:t>t v</w:t>
            </w:r>
            <w:r w:rsidRPr="002B2996">
              <w:rPr>
                <w:sz w:val="24"/>
                <w:szCs w:val="24"/>
              </w:rPr>
              <w:t>ề</w:t>
            </w:r>
            <w:r w:rsidRPr="002B2996">
              <w:rPr>
                <w:sz w:val="24"/>
                <w:szCs w:val="24"/>
              </w:rPr>
              <w:t xml:space="preserve"> </w:t>
            </w:r>
            <w:r w:rsidR="00452EE9" w:rsidRPr="002B2996">
              <w:rPr>
                <w:sz w:val="24"/>
                <w:szCs w:val="24"/>
              </w:rPr>
              <w:t>nội dung này</w:t>
            </w:r>
          </w:p>
        </w:tc>
        <w:tc>
          <w:tcPr>
            <w:tcW w:w="2592"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Hoàn toàn tương thích:</w:t>
            </w:r>
            <w:r w:rsidRPr="002B2996">
              <w:rPr>
                <w:sz w:val="24"/>
                <w:szCs w:val="24"/>
              </w:rPr>
              <w:br/>
              <w:t>V</w:t>
            </w:r>
            <w:r w:rsidRPr="002B2996">
              <w:rPr>
                <w:sz w:val="24"/>
                <w:szCs w:val="24"/>
              </w:rPr>
              <w:t>ấ</w:t>
            </w:r>
            <w:r w:rsidRPr="002B2996">
              <w:rPr>
                <w:sz w:val="24"/>
                <w:szCs w:val="24"/>
              </w:rPr>
              <w:t>n đ</w:t>
            </w:r>
            <w:r w:rsidRPr="002B2996">
              <w:rPr>
                <w:sz w:val="24"/>
                <w:szCs w:val="24"/>
              </w:rPr>
              <w:t>ề</w:t>
            </w:r>
            <w:r w:rsidRPr="002B2996">
              <w:rPr>
                <w:sz w:val="24"/>
                <w:szCs w:val="24"/>
              </w:rPr>
              <w:t xml:space="preserve"> </w:t>
            </w:r>
            <w:r w:rsidR="00452EE9" w:rsidRPr="002B2996">
              <w:rPr>
                <w:sz w:val="24"/>
                <w:szCs w:val="24"/>
              </w:rPr>
              <w:t>quy định</w:t>
            </w:r>
            <w:r w:rsidRPr="002B2996">
              <w:rPr>
                <w:sz w:val="24"/>
                <w:szCs w:val="24"/>
              </w:rPr>
              <w:t xml:space="preserve"> th</w:t>
            </w:r>
            <w:r w:rsidRPr="002B2996">
              <w:rPr>
                <w:sz w:val="24"/>
                <w:szCs w:val="24"/>
              </w:rPr>
              <w:t>ẩ</w:t>
            </w:r>
            <w:r w:rsidRPr="002B2996">
              <w:rPr>
                <w:sz w:val="24"/>
                <w:szCs w:val="24"/>
              </w:rPr>
              <w:t>m quy</w:t>
            </w:r>
            <w:r w:rsidRPr="002B2996">
              <w:rPr>
                <w:sz w:val="24"/>
                <w:szCs w:val="24"/>
              </w:rPr>
              <w:t>ề</w:t>
            </w:r>
            <w:r w:rsidRPr="002B2996">
              <w:rPr>
                <w:sz w:val="24"/>
                <w:szCs w:val="24"/>
              </w:rPr>
              <w:t>n chi tiêu công và đi</w:t>
            </w:r>
            <w:r w:rsidRPr="002B2996">
              <w:rPr>
                <w:sz w:val="24"/>
                <w:szCs w:val="24"/>
              </w:rPr>
              <w:t>ề</w:t>
            </w:r>
            <w:r w:rsidRPr="002B2996">
              <w:rPr>
                <w:sz w:val="24"/>
                <w:szCs w:val="24"/>
              </w:rPr>
              <w:t>u hành ngân sách n</w:t>
            </w:r>
            <w:r w:rsidRPr="002B2996">
              <w:rPr>
                <w:sz w:val="24"/>
                <w:szCs w:val="24"/>
              </w:rPr>
              <w:t>hà nư</w:t>
            </w:r>
            <w:r w:rsidRPr="002B2996">
              <w:rPr>
                <w:sz w:val="24"/>
                <w:szCs w:val="24"/>
              </w:rPr>
              <w:t>ớ</w:t>
            </w:r>
            <w:r w:rsidRPr="002B2996">
              <w:rPr>
                <w:sz w:val="24"/>
                <w:szCs w:val="24"/>
              </w:rPr>
              <w:t>c n</w:t>
            </w:r>
            <w:r w:rsidRPr="002B2996">
              <w:rPr>
                <w:sz w:val="24"/>
                <w:szCs w:val="24"/>
              </w:rPr>
              <w:t>ộ</w:t>
            </w:r>
            <w:r w:rsidRPr="002B2996">
              <w:rPr>
                <w:sz w:val="24"/>
                <w:szCs w:val="24"/>
              </w:rPr>
              <w:t>i b</w:t>
            </w:r>
            <w:r w:rsidRPr="002B2996">
              <w:rPr>
                <w:sz w:val="24"/>
                <w:szCs w:val="24"/>
              </w:rPr>
              <w:t>ộ</w:t>
            </w:r>
            <w:r w:rsidRPr="002B2996">
              <w:rPr>
                <w:sz w:val="24"/>
                <w:szCs w:val="24"/>
              </w:rPr>
              <w:t xml:space="preserve"> là thu</w:t>
            </w:r>
            <w:r w:rsidRPr="002B2996">
              <w:rPr>
                <w:sz w:val="24"/>
                <w:szCs w:val="24"/>
              </w:rPr>
              <w:t>ộ</w:t>
            </w:r>
            <w:r w:rsidRPr="002B2996">
              <w:rPr>
                <w:sz w:val="24"/>
                <w:szCs w:val="24"/>
              </w:rPr>
              <w:t>c ph</w:t>
            </w:r>
            <w:r w:rsidRPr="002B2996">
              <w:rPr>
                <w:sz w:val="24"/>
                <w:szCs w:val="24"/>
              </w:rPr>
              <w:t>ạ</w:t>
            </w:r>
            <w:r w:rsidRPr="002B2996">
              <w:rPr>
                <w:sz w:val="24"/>
                <w:szCs w:val="24"/>
              </w:rPr>
              <w:t>m vi ch</w:t>
            </w:r>
            <w:r w:rsidRPr="002B2996">
              <w:rPr>
                <w:sz w:val="24"/>
                <w:szCs w:val="24"/>
              </w:rPr>
              <w:t>ủ</w:t>
            </w:r>
            <w:r w:rsidRPr="002B2996">
              <w:rPr>
                <w:sz w:val="24"/>
                <w:szCs w:val="24"/>
              </w:rPr>
              <w:t xml:space="preserve"> quy</w:t>
            </w:r>
            <w:r w:rsidRPr="002B2996">
              <w:rPr>
                <w:sz w:val="24"/>
                <w:szCs w:val="24"/>
              </w:rPr>
              <w:t>ề</w:t>
            </w:r>
            <w:r w:rsidRPr="002B2996">
              <w:rPr>
                <w:sz w:val="24"/>
                <w:szCs w:val="24"/>
              </w:rPr>
              <w:t>n tài khóa và qu</w:t>
            </w:r>
            <w:r w:rsidRPr="002B2996">
              <w:rPr>
                <w:sz w:val="24"/>
                <w:szCs w:val="24"/>
              </w:rPr>
              <w:t>ả</w:t>
            </w:r>
            <w:r w:rsidRPr="002B2996">
              <w:rPr>
                <w:sz w:val="24"/>
                <w:szCs w:val="24"/>
              </w:rPr>
              <w:t>n lý hành chính qu</w:t>
            </w:r>
            <w:r w:rsidRPr="002B2996">
              <w:rPr>
                <w:sz w:val="24"/>
                <w:szCs w:val="24"/>
              </w:rPr>
              <w:t>ố</w:t>
            </w:r>
            <w:r w:rsidRPr="002B2996">
              <w:rPr>
                <w:sz w:val="24"/>
                <w:szCs w:val="24"/>
              </w:rPr>
              <w:t>c gia c</w:t>
            </w:r>
            <w:r w:rsidRPr="002B2996">
              <w:rPr>
                <w:sz w:val="24"/>
                <w:szCs w:val="24"/>
              </w:rPr>
              <w:t>ủ</w:t>
            </w:r>
            <w:r w:rsidRPr="002B2996">
              <w:rPr>
                <w:sz w:val="24"/>
                <w:szCs w:val="24"/>
              </w:rPr>
              <w:t>a Vi</w:t>
            </w:r>
            <w:r w:rsidRPr="002B2996">
              <w:rPr>
                <w:sz w:val="24"/>
                <w:szCs w:val="24"/>
              </w:rPr>
              <w:t>ệ</w:t>
            </w:r>
            <w:r w:rsidRPr="002B2996">
              <w:rPr>
                <w:sz w:val="24"/>
                <w:szCs w:val="24"/>
              </w:rPr>
              <w:t>t Nam, không xung đ</w:t>
            </w:r>
            <w:r w:rsidRPr="002B2996">
              <w:rPr>
                <w:sz w:val="24"/>
                <w:szCs w:val="24"/>
              </w:rPr>
              <w:t>ộ</w:t>
            </w:r>
            <w:r w:rsidRPr="002B2996">
              <w:rPr>
                <w:sz w:val="24"/>
                <w:szCs w:val="24"/>
              </w:rPr>
              <w:t>t v</w:t>
            </w:r>
            <w:r w:rsidRPr="002B2996">
              <w:rPr>
                <w:sz w:val="24"/>
                <w:szCs w:val="24"/>
              </w:rPr>
              <w:t>ớ</w:t>
            </w:r>
            <w:r w:rsidRPr="002B2996">
              <w:rPr>
                <w:sz w:val="24"/>
                <w:szCs w:val="24"/>
              </w:rPr>
              <w:t>i các cam k</w:t>
            </w:r>
            <w:r w:rsidRPr="002B2996">
              <w:rPr>
                <w:sz w:val="24"/>
                <w:szCs w:val="24"/>
              </w:rPr>
              <w:t>ế</w:t>
            </w:r>
            <w:r w:rsidRPr="002B2996">
              <w:rPr>
                <w:sz w:val="24"/>
                <w:szCs w:val="24"/>
              </w:rPr>
              <w:t>t qu</w:t>
            </w:r>
            <w:r w:rsidRPr="002B2996">
              <w:rPr>
                <w:sz w:val="24"/>
                <w:szCs w:val="24"/>
              </w:rPr>
              <w:t>ố</w:t>
            </w:r>
            <w:r w:rsidRPr="002B2996">
              <w:rPr>
                <w:sz w:val="24"/>
                <w:szCs w:val="24"/>
              </w:rPr>
              <w:t>c t</w:t>
            </w:r>
            <w:r w:rsidRPr="002B2996">
              <w:rPr>
                <w:sz w:val="24"/>
                <w:szCs w:val="24"/>
              </w:rPr>
              <w:t>ế</w:t>
            </w:r>
            <w:r w:rsidRPr="002B2996">
              <w:rPr>
                <w:sz w:val="24"/>
                <w:szCs w:val="24"/>
              </w:rPr>
              <w:t>.</w:t>
            </w:r>
          </w:p>
        </w:tc>
        <w:tc>
          <w:tcPr>
            <w:tcW w:w="2160" w:type="dxa"/>
            <w:tcMar>
              <w:top w:w="120" w:type="dxa"/>
              <w:left w:w="140" w:type="dxa"/>
              <w:bottom w:w="120" w:type="dxa"/>
              <w:right w:w="140" w:type="dxa"/>
            </w:tcMar>
          </w:tcPr>
          <w:p w:rsidR="00F5479D" w:rsidRPr="002B2996" w:rsidRDefault="00292BC3">
            <w:pPr>
              <w:spacing w:after="40" w:line="276" w:lineRule="auto"/>
              <w:jc w:val="both"/>
              <w:rPr>
                <w:sz w:val="24"/>
                <w:szCs w:val="24"/>
              </w:rPr>
            </w:pPr>
            <w:r w:rsidRPr="002B2996">
              <w:rPr>
                <w:sz w:val="24"/>
                <w:szCs w:val="24"/>
              </w:rPr>
              <w:t>Ti</w:t>
            </w:r>
            <w:r w:rsidRPr="002B2996">
              <w:rPr>
                <w:sz w:val="24"/>
                <w:szCs w:val="24"/>
              </w:rPr>
              <w:t>ế</w:t>
            </w:r>
            <w:r w:rsidRPr="002B2996">
              <w:rPr>
                <w:sz w:val="24"/>
                <w:szCs w:val="24"/>
              </w:rPr>
              <w:t>p t</w:t>
            </w:r>
            <w:r w:rsidRPr="002B2996">
              <w:rPr>
                <w:sz w:val="24"/>
                <w:szCs w:val="24"/>
              </w:rPr>
              <w:t>ụ</w:t>
            </w:r>
            <w:r w:rsidRPr="002B2996">
              <w:rPr>
                <w:sz w:val="24"/>
                <w:szCs w:val="24"/>
              </w:rPr>
              <w:t>c th</w:t>
            </w:r>
            <w:r w:rsidRPr="002B2996">
              <w:rPr>
                <w:sz w:val="24"/>
                <w:szCs w:val="24"/>
              </w:rPr>
              <w:t>ự</w:t>
            </w:r>
            <w:r w:rsidRPr="002B2996">
              <w:rPr>
                <w:sz w:val="24"/>
                <w:szCs w:val="24"/>
              </w:rPr>
              <w:t>c hi</w:t>
            </w:r>
            <w:r w:rsidRPr="002B2996">
              <w:rPr>
                <w:sz w:val="24"/>
                <w:szCs w:val="24"/>
              </w:rPr>
              <w:t>ệ</w:t>
            </w:r>
            <w:r w:rsidRPr="002B2996">
              <w:rPr>
                <w:sz w:val="24"/>
                <w:szCs w:val="24"/>
              </w:rPr>
              <w:t>n vi</w:t>
            </w:r>
            <w:r w:rsidRPr="002B2996">
              <w:rPr>
                <w:sz w:val="24"/>
                <w:szCs w:val="24"/>
              </w:rPr>
              <w:t>ệ</w:t>
            </w:r>
            <w:r w:rsidRPr="002B2996">
              <w:rPr>
                <w:sz w:val="24"/>
                <w:szCs w:val="24"/>
              </w:rPr>
              <w:t>c bãi b</w:t>
            </w:r>
            <w:r w:rsidRPr="002B2996">
              <w:rPr>
                <w:sz w:val="24"/>
                <w:szCs w:val="24"/>
              </w:rPr>
              <w:t>ỏ</w:t>
            </w:r>
            <w:r w:rsidRPr="002B2996">
              <w:rPr>
                <w:sz w:val="24"/>
                <w:szCs w:val="24"/>
              </w:rPr>
              <w:t xml:space="preserve"> toàn b</w:t>
            </w:r>
            <w:r w:rsidRPr="002B2996">
              <w:rPr>
                <w:sz w:val="24"/>
                <w:szCs w:val="24"/>
              </w:rPr>
              <w:t>ộ</w:t>
            </w:r>
            <w:r w:rsidRPr="002B2996">
              <w:rPr>
                <w:sz w:val="24"/>
                <w:szCs w:val="24"/>
              </w:rPr>
              <w:t xml:space="preserve"> Ngh</w:t>
            </w:r>
            <w:r w:rsidRPr="002B2996">
              <w:rPr>
                <w:sz w:val="24"/>
                <w:szCs w:val="24"/>
              </w:rPr>
              <w:t>ị</w:t>
            </w:r>
            <w:r w:rsidRPr="002B2996">
              <w:rPr>
                <w:sz w:val="24"/>
                <w:szCs w:val="24"/>
              </w:rPr>
              <w:t xml:space="preserve"> quy</w:t>
            </w:r>
            <w:r w:rsidRPr="002B2996">
              <w:rPr>
                <w:sz w:val="24"/>
                <w:szCs w:val="24"/>
              </w:rPr>
              <w:t>ế</w:t>
            </w:r>
            <w:r w:rsidRPr="002B2996">
              <w:rPr>
                <w:sz w:val="24"/>
                <w:szCs w:val="24"/>
              </w:rPr>
              <w:t>t s</w:t>
            </w:r>
            <w:r w:rsidRPr="002B2996">
              <w:rPr>
                <w:sz w:val="24"/>
                <w:szCs w:val="24"/>
              </w:rPr>
              <w:t>ố</w:t>
            </w:r>
            <w:r w:rsidRPr="002B2996">
              <w:rPr>
                <w:sz w:val="24"/>
                <w:szCs w:val="24"/>
              </w:rPr>
              <w:t xml:space="preserve"> 2</w:t>
            </w:r>
            <w:r w:rsidR="00452EE9" w:rsidRPr="002B2996">
              <w:rPr>
                <w:sz w:val="24"/>
                <w:szCs w:val="24"/>
              </w:rPr>
              <w:t>5</w:t>
            </w:r>
            <w:r w:rsidRPr="002B2996">
              <w:rPr>
                <w:sz w:val="24"/>
                <w:szCs w:val="24"/>
              </w:rPr>
              <w:t>/2025/NQ-HĐND theo quy trình lu</w:t>
            </w:r>
            <w:r w:rsidRPr="002B2996">
              <w:rPr>
                <w:sz w:val="24"/>
                <w:szCs w:val="24"/>
              </w:rPr>
              <w:t>ậ</w:t>
            </w:r>
            <w:r w:rsidRPr="002B2996">
              <w:rPr>
                <w:sz w:val="24"/>
                <w:szCs w:val="24"/>
              </w:rPr>
              <w:t>t đ</w:t>
            </w:r>
            <w:r w:rsidRPr="002B2996">
              <w:rPr>
                <w:sz w:val="24"/>
                <w:szCs w:val="24"/>
              </w:rPr>
              <w:t>ị</w:t>
            </w:r>
            <w:r w:rsidRPr="002B2996">
              <w:rPr>
                <w:sz w:val="24"/>
                <w:szCs w:val="24"/>
              </w:rPr>
              <w:t>nh n</w:t>
            </w:r>
            <w:r w:rsidRPr="002B2996">
              <w:rPr>
                <w:sz w:val="24"/>
                <w:szCs w:val="24"/>
              </w:rPr>
              <w:t>ộ</w:t>
            </w:r>
            <w:r w:rsidRPr="002B2996">
              <w:rPr>
                <w:sz w:val="24"/>
                <w:szCs w:val="24"/>
              </w:rPr>
              <w:t>i b</w:t>
            </w:r>
            <w:r w:rsidRPr="002B2996">
              <w:rPr>
                <w:sz w:val="24"/>
                <w:szCs w:val="24"/>
              </w:rPr>
              <w:t>ộ</w:t>
            </w:r>
            <w:r w:rsidRPr="002B2996">
              <w:rPr>
                <w:sz w:val="24"/>
                <w:szCs w:val="24"/>
              </w:rPr>
              <w:t xml:space="preserve"> c</w:t>
            </w:r>
            <w:r w:rsidRPr="002B2996">
              <w:rPr>
                <w:sz w:val="24"/>
                <w:szCs w:val="24"/>
              </w:rPr>
              <w:t>ủ</w:t>
            </w:r>
            <w:r w:rsidRPr="002B2996">
              <w:rPr>
                <w:sz w:val="24"/>
                <w:szCs w:val="24"/>
              </w:rPr>
              <w:t>a Vi</w:t>
            </w:r>
            <w:r w:rsidRPr="002B2996">
              <w:rPr>
                <w:sz w:val="24"/>
                <w:szCs w:val="24"/>
              </w:rPr>
              <w:t>ệ</w:t>
            </w:r>
            <w:r w:rsidRPr="002B2996">
              <w:rPr>
                <w:sz w:val="24"/>
                <w:szCs w:val="24"/>
              </w:rPr>
              <w:t>t Nam.</w:t>
            </w:r>
          </w:p>
        </w:tc>
      </w:tr>
    </w:tbl>
    <w:p w:rsidR="00292BC3" w:rsidRDefault="00292BC3"/>
    <w:sectPr w:rsidR="00292BC3" w:rsidSect="00452EE9">
      <w:pgSz w:w="11909" w:h="16834"/>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6ABC"/>
    <w:rsid w:val="00034616"/>
    <w:rsid w:val="0006063C"/>
    <w:rsid w:val="000E0453"/>
    <w:rsid w:val="0015074B"/>
    <w:rsid w:val="001901A1"/>
    <w:rsid w:val="00292BC3"/>
    <w:rsid w:val="0029639D"/>
    <w:rsid w:val="002B2996"/>
    <w:rsid w:val="00326F90"/>
    <w:rsid w:val="00452EE9"/>
    <w:rsid w:val="00474F82"/>
    <w:rsid w:val="00603D57"/>
    <w:rsid w:val="00AA1D8D"/>
    <w:rsid w:val="00B47730"/>
    <w:rsid w:val="00CB0664"/>
    <w:rsid w:val="00F547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11C277"/>
  <w14:defaultImageDpi w14:val="300"/>
  <w15:docId w15:val="{37213FC5-EA8F-4627-AD58-4578CBAA7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88" w:lineRule="auto"/>
    </w:pPr>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CFDD05B0-D988-4ACB-ADDB-33E6303CCE13}"/>
</file>

<file path=customXml/itemProps2.xml><?xml version="1.0" encoding="utf-8"?>
<ds:datastoreItem xmlns:ds="http://schemas.openxmlformats.org/officeDocument/2006/customXml" ds:itemID="{B48D48ED-AE70-4696-B440-E24B65CCE4E3}"/>
</file>

<file path=customXml/itemProps3.xml><?xml version="1.0" encoding="utf-8"?>
<ds:datastoreItem xmlns:ds="http://schemas.openxmlformats.org/officeDocument/2006/customXml" ds:itemID="{256A6D11-898A-4E18-8ED7-ACAF520ECDA7}"/>
</file>

<file path=customXml/itemProps4.xml><?xml version="1.0" encoding="utf-8"?>
<ds:datastoreItem xmlns:ds="http://schemas.openxmlformats.org/officeDocument/2006/customXml" ds:itemID="{0AB5068B-8562-4E2F-8A66-CAE0D1891502}"/>
</file>

<file path=docProps/app.xml><?xml version="1.0" encoding="utf-8"?>
<Properties xmlns="http://schemas.openxmlformats.org/officeDocument/2006/extended-properties" xmlns:vt="http://schemas.openxmlformats.org/officeDocument/2006/docPropsVTypes">
  <Template>Normal</Template>
  <TotalTime>45</TotalTime>
  <Pages>7</Pages>
  <Words>2463</Words>
  <Characters>14043</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2013-12-23T23:15:00Z</dcterms:created>
  <dcterms:modified xsi:type="dcterms:W3CDTF">2026-09-30T02:24:00Z</dcterms:modified>
  <cp:category/>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